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גלובליזציה – כפר עולמי · תיכון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בצורת באזור גידול – הבצורת באזור הגידול. כל הגורמים המקומיים והלאומיים "לא השתנו", ואילו "היבול הצטמצם בחדות" כשהביקוש "נשאר כשהיה". היצע קטן מול ביקוש קבוע מעלה מחיר עולמי – זו התלות ההדדית של הכפר העולמי.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ניתן להסיק מן השיחה עם תמר? ← העלויות המקומיות של בית הקפה לא השתנו (שולל: עליית שכר בבית הקפה)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עולה מדברי ספק הפולים על ההובלה? ← עלויות ההובלה בים אף ירדו מעט (שולל: התייקרות ההובלה הימית)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משפט מוציא מן החשבון את השערת המכס? ← "שיעור המכס על פולי קפה לא שונה כבר שנים" (שולל: מכס חדש על יבוא)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תפריט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כשרים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האחדה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מסורת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הכלאה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מי מעצב את התרבות שלכם? גם אתם 🌍✍️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תלות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המכרה: תלות באזור אחד – תקלה שם משבשת ייצור בעולם כולו → 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מפעל ההרכבה: יתרון יחסי ↔ התמחות במה שמדינה מייצרת ביעילות יחסית רבה · מיקור חוץ ↔ העברת שלב בייצור לחברה או למדינה אחרת · תאגיד רב-לאומי ↔ חברה שפועלת ומייצרת בכמה מדינות · שרשרת ערך ↔ רצף שלבים שבכל אחד מהם מתווסף ערך למוצר → 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נתיבי השיט: נקודת חנק ↔ מעבר צר שחסימתו משבשת את הסחר העולמי · הובלה רב-אופנית ↔ מעבר של מכולה בין אונייה, רכבת ומשאית · נמל מרכזי (האב) ↔ נמל שאליו מגיעות אוניות ענק ומשם מפיצים הלאה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הכיס שלכם: משבר במדינה אחת מורגש מהר בכלכלות רבות אחרות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כריית מתכות ומינרלים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ייצור רכיבים כמו שבבים ומסכים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הרכבת המכשיר במפעל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הפצה בעולם ומכירה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שימוש יומיומי לאורך כמה שנים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מחזור – או השלכה כפסולת אלקטרונית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גורם דוחף: עלויות עבודה גבוהות במדינת המוצא · רגולציה סביבתית מחמירה במדינת המוצא · מחסור בעובדים במדינת המוצא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גורם מושך: הטבות מס שמציעה מדינת היעד · קרבה לנמל גדול במדינת היעד · שוק צרכנים גדל במדינת היעד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עובדה: רוב הסחר העולמי בסחורות עובר בדרך הים · תעלת סואץ מחברת את הים התיכון לים סוף · מכולות הן בגודל תקני ואחיד · הובלה אווירית מהירה יותר מהובלה ימית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טענה פרשנית: הגלובליזציה הורסת את התרבות המקומית · מיקור חוץ הוא הוגן כלפי העובדים · מדינות צריכות להגן על התעשייה שלהן במכסים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יקרה למפעלים? ← ייסגרו או יעבירו את הייצור למדינות עם שכר נמוך. ההמשך: בתוך עשור נסגרו שניים מן המפעלים. השלישי שמר בעיירה רק את העיצוב והשיווק, והעביר את התפירה אל מעבר 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דרך תוכיח את עצמה לאורך זמן? ← השקעה בהכשרה מקצועית חדשה. ההמשך: מפעל טקסטיל חדש לא הגיע. מי שעברו הכשרה – בטכנאות, בלוגיסטיקה ובשירותים – מצאו עבודה בהדרגה, אך עבור עובדים מבוגרים המעבר היה קשה וארוך.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סוג עבודות ייווצר בו? ← עבודות בלוגיסטיקה – מיון, אחסון ושינוע. ההמשך: מרכז ההפצה העסיק מאות עובדים במיון, באחסון ובניהול משלוחים – רבים מהם ילדי העובדים מהמפעלים שנסגרו.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האם יש לה סיכוי? ← כן – אם תמצא נישה של קהל שמחפש ייחודיות וקיימות. ההמשך: הסטודיו מוכר ברשת ללקוחות מכמה יבשות. "הגלובליזציה סגרה את המפעל של השכונה שלי," היא אומרת, "ואותה גלובליזציה מאפשרת לי למכור לכל העולם מכאן."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פרוטקציוניזם – הוא מגביל סחר כדי להגן על ייצור מקומי – השאר נשענים על פתיחות וחלוקת עבודה בין מדינות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נמל רוטרדם – הוא יעד ומרכז שינוע – השאר מעברים שאוניות חוצות בדרכן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ירידה בשיעור העוני העולמי – היא תופעה חיובית המיוחסת בין השאר לגלובליזציה – השאר מחירים סביבתיים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מבצע הנחות עונתי בחנות – זהו אירוע מקומי ומתוכנן – השאר זעזועים שמתגלגלים דרך התלות ההדדית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תוכנית ריאליטי בפורמט בין-לאומי – היא מוצר תרבותי גלובלי שמשוכפל בהתאמות מקומיות – השאר ביטויים של תרבות מקומית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תלות הדדית בשרשרת האספקה · 2) כי שלבי הערך הגבוה מרוכזים לרוב במקומות מסוימים · 3) הראשונה מתאימה את הגלובלי למקומי, השנייה מטשטשת את המקומי · 4) שימוש ממושך, תיקון והחלפה · 5) לצמצם פגיעות בזמן משבר בשרשרת · 6) הגלובליזציה הוזילה מוצרים והפיצה ידע, אך מעוררת שאלות של סביבה והוגנות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לא נכון · 6)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יתרה מזו · (2) לעומת זאת · (3) בנוסף · (4) לפיכך · (5) לסיכום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התרחבה שרשראות האספקה → התרחבו שרשראות האספקה · למרות שההובלה → מאחר שההובלה · הנמל העיר → נמל העיר · שתים עשרה קווי שיט → שנים עשר קווי שיט · לכן → עם זאת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השריפה במפעל השבבים – השריפה במפעל השבבים 🔥. המפעל "מוכר שבבים לכל העולם". תקלה במקום אחד משפיעה על כולם – זו תלות הדדית.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כתוב על החנות? ← היא לא העלתה את הרווח (שולל: החנות)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האם המדינה הוסיפה מס? ← לא, אין מס חדש (שולל: מס חדש)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תרבות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גלובלי + מקומי = עולם עשיר יותר 🌍🏡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כבל מתחת לים: בכבלים מתחת לים → 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מרכז ההפצה: ממיינים חבילות לחנויות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הצרכן: בודק מה הוא באמת צריך → 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⛏️ כריית מתכות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🏭 ייצור הטלפון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📦 משלוח לחנות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♻️ מחזור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עובדה ✅: אוניות מובילות מכולות · יש כבלים מתחת לים · מחזור חוסך חומרים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דעה 💭: טלפון חדש הוא הכי שווה · גלובליזציה זה נורא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היא יכולה לעבוד בשבילו? ← כן, דרך האינטרנט. ההמשך: מאיה עובדת מהבית. הלקוח נמצא בצד השני של העולם 🌍.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בשעה כזאת? ← אצלו עכשיו יום ☀️. ההמשך: אצל הלקוח עכשיו צהריים. יש הפרש שעות ⏰.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כדאי לה לעשות? ← לקבוע שעות עבודה ברורות. ההמשך: מאיה כתבה ללקוח מתי היא זמינה. הוא הסכים 👍.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🏖️ חופשה – היא לא קשורה לסחר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🕯️ מנהג חג מקומי – הוא מסורת מקומית – השאר תרבות גלובלית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🏷️ הנחה בחנות – היא לא אירוע של מזג אוויר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בגלל תלות הדדית · 2) לתקן ולהחליף · 3) יש בה תועלת וגם מחיר · 4) ספקים מגוונים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בנוסף · (2) לעומת זאת · (3)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התרחבה השרשראות → התרחבו השרשראות · הנמל העיר → נמל העיר · לכן → אבל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האינטרנט – האינטרנט 🌐. הדבר החדש היה "חנות באינטרנט". עכשיו קונים ממנה אנשים "מארבע יבשות".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מרים פתחה חנות ברחוב? ← לא, היא לא פתחה (שולל: חנות ברחוב)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קרה למחיר התכשיטים? ← הוא לא ירד (שולל: מחיר נמוך)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כתוב על הדואר? ← הדואר עבד גם קודם, כמו תמיד (שולל: הדואר)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הגירה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עבודה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מגוונת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גם הסיפור שלכם הוא חלק מהעולם 🌍💛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חיבור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המכרה: מהאדמה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המפעל: תאגיד ↔ חברה גדולה בהרבה מדינות · מיקור חוץ ↔ עבודה שעוברת למדינה אחרת · שכר ↔ כסף שמקבלים על עבודה → 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הים: תעלת פנמה ↔ מחברת שני אוקיינוסים באמריקה · מצר מלאכה ↔ מעבר ים צר באסיה · תעלת סואץ ↔ מחברת את הים התיכון וים סוף → 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הכבל: בכבל מתחת לים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הבית: עולם מחובר וקרוב → 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מרים עושה תכשיט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מרים מצלמת ומעלה לאינטרנט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קונה בחו״ל מזמין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הדואר שולח את החבילה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הקונה מקבל את התכשיט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סיבה: יש אינטרנט כמעט בכל מקום · משלוח באונייה זול · יש הרבה טיסות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תוצאה: אפשר ללמוד מכל מקום · מוצרים מרחוק נמכרים בחנות · קל לבקר אנשים רחוקים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באיזו שפה ידברו בפגישות? ← אנגלית. ההמשך: בפגישות מדברים אנגלית. אלכס שמח, כי הוא יודע אנגלית.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יקבעו פגישה? ← בשעה שנוחה לכולם. ההמשך: בגרמניה 9:00 בבוקר, בישראל 10:00, ובהודו 13:30 בצהריים.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הוא ירגיש? ← שמחה וקצת בית. ההמשך: אלכס אכל ושמח. אחר כך הביא לשם חברים מהעבודה.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גשם – הוא לא קשור לכסף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מחשב – הוא לא שפה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טיול – הוא לא קנייה ומכירה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עץ – הוא לא עוזר לתקשורת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מאחורי כל מוצר יש מסע ואנשים רבים · 2) הוא מציג את הניסוי של נגה · 3) הן מוכיחות שהמוצרים באים מכל העולם · 4) לכן · 5) שגם הבחירות שלה חשובות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לכן · (2) אבל · (3) לכן גם · (4) בנוסף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המוצרים של נגה בא → המוצרים של נגה באו · הקפה הבוקר → קפה הבוקר · לכן → אבל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"רוב הסחר העולמי בסחורות עובר בדרך הים" – המקובל: כ-80% מהנפח;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בהודו רשתות מזון בין-לאומיות אינן מגישות בשר בקר – לוודא ניסוח.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סגירת מפעלי טקסטיל בפריפריה בישראל בשנות ה-90 וה-2000 – תיאור כללי;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ירידה בעוני הקיצוני העולמי בעשורים האחרונים – נתון מקובל; לוודא ניסוח.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הפרשי שעות: גרמניה (UTC+1), ישראל (UTC+2), הודו (UTC+5:30) – נכון לשעון חורף; בקיץ ההפרש ישראל–הודו 2.5 שעות.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מתכות לטלפונים (למשל קובלט, מתכות נדירות) מרוכזות במדינות מעטות – ניסוח כללי.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תעלת סואץ נפתחה ב-1869; תעלת פנמה – ב-1914.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המכולה האחידה הומצאה באמצע המאה ה-20 (שנות ה-50).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 ״כפר עולמי״ נטבע בשנות ה-60 של המאה ה-20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מקור המונח ״גלוקליזציה״ בעולם העסקים – לוודא.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״רוב הסחר העולמי לפי נפח עובר בים״ – לוודא אם מציגים אחוז.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מצר מלאכה – בין חצי האי המלאי לסומטרה.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🌍 גלובליזציה – כפר עולמי · תיכון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