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4B2BA8"/>
          <w:sz w:val="48"/>
          <w:rtl/>
          <w:szCs w:val="48"/>
          <w:bCs/>
        </w:rPr>
        <w:t>משחקי טקסט ומשימות – גרסת נייר</w:t>
      </w:r>
    </w:p>
    <w:p>
      <w:pPr>
        <w:bidi/>
        <w:jc w:val="center"/>
      </w:pPr>
      <w:r>
        <w:rPr>
          <w:rFonts w:ascii="Arial" w:hAnsi="Arial" w:cs="Arial"/>
          <w:color w:val="555577"/>
          <w:sz w:val="28"/>
          <w:rtl/>
          <w:szCs w:val="28"/>
        </w:rPr>
        <w:t>🌍 גלובליזציה – כפר עולמי · חט״ב – עולים חדשים · חוברת תלמיד</w:t>
      </w:r>
    </w:p>
    <w:p>
      <w:pPr>
        <w:bidi/>
        <w:jc w:val="right"/>
      </w:pPr>
      <w:r>
        <w:rPr>
          <w:rFonts w:ascii="Arial" w:hAnsi="Arial" w:cs="Arial"/>
          <w:sz w:val="24"/>
          <w:rtl/>
          <w:szCs w:val="24"/>
        </w:rPr>
        <w:t>בחוברת: בלש הטקסט · צופן סודי · דרכון תחנות · מיון וציר זמן · נחשו ובדקו · יוצא דופן · משחקי סיום</w:t>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4B2BA8"/>
          <w:sz w:val="40"/>
          <w:rtl/>
          <w:szCs w:val="40"/>
          <w:bCs/>
        </w:rPr>
        <w:t>חלק א׳ – 🕵️ 🕵️ למה המפעל עבר?</w:t>
      </w:r>
    </w:p>
    <w:p>
      <w:pPr>
        <w:bidi/>
        <w:jc w:val="right"/>
      </w:pPr>
      <w:r>
        <w:rPr>
          <w:rFonts w:ascii="Arial" w:hAnsi="Arial" w:cs="Arial"/>
          <w:color w:val="555577"/>
          <w:sz w:val="24"/>
          <w:rtl/>
          <w:szCs w:val="24"/>
        </w:rPr>
        <w:t>התיק: למה המפעל עבר למדינה אחרת? קראו את הטקסט, ענו על שאלות הרמזים, וסמנו ✖ על כל חשוד/ה שנשלל/ה.</w:t>
      </w:r>
    </w:p>
    <w:p>
      <w:pPr>
        <w:bidi/>
        <w:jc w:val="right"/>
      </w:pPr>
      <w:r>
        <w:rPr>
          <w:rFonts w:ascii="Arial" w:hAnsi="Arial" w:cs="Arial"/>
          <w:b/>
          <w:color w:val="6A3FD4"/>
          <w:sz w:val="26"/>
          <w:rtl/>
          <w:szCs w:val="26"/>
          <w:bCs/>
        </w:rPr>
        <w:t>▌ הטקסט</w:t>
      </w:r>
    </w:p>
    <w:p>
      <w:pPr>
        <w:bidi/>
        <w:jc w:val="right"/>
      </w:pPr>
      <w:r>
        <w:rPr>
          <w:rFonts w:ascii="Arial" w:hAnsi="Arial" w:cs="Arial"/>
          <w:sz w:val="24"/>
          <w:rtl/>
          <w:szCs w:val="24"/>
        </w:rPr>
        <w:t>בעיר של דנה היה מפעל לבגדים. השנה המפעל נסגר. הבעלים פתחו מפעל במדינה אחרת. דנה שואלת: למה? היו הרבה קונים לבגדים. הבד הגיע בזמן, כמו תמיד. אבל במדינה האחרת משלמים לעובדים פחות כסף. כך הבגד זול יותר. עכשיו הבגדים מגיעים לעיר באונייה.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r>
          </w:p>
        </w:tc>
        <w:tc>
          <w:tcPr>
            <w:tcW w:type="dxa" w:w="2606"/>
            <w:shd w:val="clear" w:fill="E5DBFF"/>
          </w:tcPr>
          <w:p>
            <w:pPr>
              <w:bidi/>
              <w:jc w:val="right"/>
            </w:pPr>
            <w:r>
              <w:rPr>
                <w:rFonts w:ascii="Arial" w:hAnsi="Arial" w:cs="Arial"/>
                <w:b/>
                <w:sz w:val="22"/>
                <w:rtl/>
                <w:szCs w:val="22"/>
                <w:bCs/>
              </w:rPr>
              <w:t>החשוד/ה</w:t>
            </w:r>
          </w:p>
        </w:tc>
        <w:tc>
          <w:tcPr>
            <w:tcW w:type="dxa" w:w="2606"/>
            <w:shd w:val="clear" w:fill="E5DBFF"/>
          </w:tcPr>
          <w:p>
            <w:pPr>
              <w:bidi/>
              <w:jc w:val="right"/>
            </w:pPr>
            <w:r>
              <w:rPr>
                <w:rFonts w:ascii="Arial" w:hAnsi="Arial" w:cs="Arial"/>
                <w:b/>
                <w:sz w:val="22"/>
                <w:rtl/>
                <w:szCs w:val="22"/>
                <w:bCs/>
              </w:rPr>
              <w:t>תיאור</w:t>
            </w:r>
          </w:p>
        </w:tc>
        <w:tc>
          <w:tcPr>
            <w:tcW w:type="dxa" w:w="2606"/>
            <w:shd w:val="clear" w:fill="E5DBFF"/>
          </w:tcPr>
          <w:p>
            <w:pPr>
              <w:bidi/>
              <w:jc w:val="right"/>
            </w:pPr>
            <w:r>
              <w:rPr>
                <w:rFonts w:ascii="Arial" w:hAnsi="Arial" w:cs="Arial"/>
                <w:b/>
                <w:sz w:val="22"/>
                <w:rtl/>
                <w:szCs w:val="22"/>
                <w:bCs/>
              </w:rPr>
              <w:t>נשלל/ה? ✖</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אין קונים</w:t>
            </w:r>
          </w:p>
        </w:tc>
        <w:tc>
          <w:tcPr>
            <w:tcW w:type="dxa" w:w="2606"/>
          </w:tcPr>
          <w:p>
            <w:pPr>
              <w:bidi/>
              <w:jc w:val="right"/>
            </w:pPr>
            <w:r>
              <w:rPr>
                <w:rFonts w:ascii="Arial" w:hAnsi="Arial" w:cs="Arial"/>
                <w:sz w:val="22"/>
                <w:rtl/>
                <w:szCs w:val="22"/>
              </w:rPr>
              <w:t>אולי אף אחד לא קנה בגדים?</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אין בד</w:t>
            </w:r>
          </w:p>
        </w:tc>
        <w:tc>
          <w:tcPr>
            <w:tcW w:type="dxa" w:w="2606"/>
          </w:tcPr>
          <w:p>
            <w:pPr>
              <w:bidi/>
              <w:jc w:val="right"/>
            </w:pPr>
            <w:r>
              <w:rPr>
                <w:rFonts w:ascii="Arial" w:hAnsi="Arial" w:cs="Arial"/>
                <w:sz w:val="22"/>
                <w:rtl/>
                <w:szCs w:val="22"/>
              </w:rPr>
              <w:t>אולי הבד לא הגיע?</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שכר נמוך במדינה אחרת</w:t>
            </w:r>
          </w:p>
        </w:tc>
        <w:tc>
          <w:tcPr>
            <w:tcW w:type="dxa" w:w="2606"/>
          </w:tcPr>
          <w:p>
            <w:pPr>
              <w:bidi/>
              <w:jc w:val="right"/>
            </w:pPr>
            <w:r>
              <w:rPr>
                <w:rFonts w:ascii="Arial" w:hAnsi="Arial" w:cs="Arial"/>
                <w:sz w:val="22"/>
                <w:rtl/>
                <w:szCs w:val="22"/>
              </w:rPr>
              <w:t>אולי שם העבודה זולה יותר?</w:t>
            </w:r>
          </w:p>
        </w:tc>
        <w:tc>
          <w:tcPr>
            <w:tcW w:type="dxa" w:w="2606"/>
          </w:tcPr>
          <w:p>
            <w:pPr>
              <w:bidi/>
              <w:jc w:val="right"/>
            </w:pPr>
            <w:r>
              <w:rPr>
                <w:rFonts w:ascii="Arial" w:hAnsi="Arial" w:cs="Arial"/>
                <w:sz w:val="22"/>
                <w:rtl/>
                <w:szCs w:val="22"/>
              </w:rPr>
              <w:t>☐</w:t>
            </w:r>
          </w:p>
        </w:tc>
      </w:tr>
    </w:tbl>
    <w:p>
      <w:pPr>
        <w:bidi/>
        <w:jc w:val="right"/>
      </w:pPr>
    </w:p>
    <w:p>
      <w:pPr>
        <w:bidi/>
        <w:jc w:val="right"/>
      </w:pPr>
      <w:r>
        <w:rPr>
          <w:rFonts w:ascii="Arial" w:hAnsi="Arial" w:cs="Arial"/>
          <w:b/>
          <w:sz w:val="24"/>
          <w:rtl/>
          <w:szCs w:val="24"/>
          <w:bCs/>
        </w:rPr>
        <w:t>1. האם היו קונים לבגדים?</w:t>
      </w:r>
    </w:p>
    <w:p>
      <w:pPr>
        <w:bidi/>
        <w:jc w:val="right"/>
      </w:pPr>
      <w:r>
        <w:rPr>
          <w:rFonts w:ascii="Arial" w:hAnsi="Arial" w:cs="Arial"/>
          <w:sz w:val="24"/>
          <w:rtl/>
          <w:szCs w:val="24"/>
        </w:rPr>
        <w:t xml:space="preserve">   ◯ א. כן, הרבה קונים</w:t>
      </w:r>
    </w:p>
    <w:p>
      <w:pPr>
        <w:bidi/>
        <w:jc w:val="right"/>
      </w:pPr>
      <w:r>
        <w:rPr>
          <w:rFonts w:ascii="Arial" w:hAnsi="Arial" w:cs="Arial"/>
          <w:sz w:val="24"/>
          <w:rtl/>
          <w:szCs w:val="24"/>
        </w:rPr>
        <w:t xml:space="preserve">   ◯ ב. לא, אין קונים</w:t>
      </w:r>
    </w:p>
    <w:p>
      <w:pPr>
        <w:bidi/>
        <w:jc w:val="right"/>
      </w:pPr>
      <w:r>
        <w:rPr>
          <w:rFonts w:ascii="Arial" w:hAnsi="Arial" w:cs="Arial"/>
          <w:sz w:val="24"/>
          <w:rtl/>
          <w:szCs w:val="24"/>
        </w:rPr>
        <w:t xml:space="preserve">   ◯ ג. רק קונה אחד</w:t>
      </w:r>
    </w:p>
    <w:p>
      <w:pPr>
        <w:bidi/>
        <w:jc w:val="right"/>
      </w:pPr>
      <w:r>
        <w:rPr>
          <w:rFonts w:ascii="Arial" w:hAnsi="Arial" w:cs="Arial"/>
          <w:b/>
          <w:sz w:val="24"/>
          <w:rtl/>
          <w:szCs w:val="24"/>
          <w:bCs/>
        </w:rPr>
        <w:t>2. מתי הגיע הבד?</w:t>
      </w:r>
    </w:p>
    <w:p>
      <w:pPr>
        <w:bidi/>
        <w:jc w:val="right"/>
      </w:pPr>
      <w:r>
        <w:rPr>
          <w:rFonts w:ascii="Arial" w:hAnsi="Arial" w:cs="Arial"/>
          <w:sz w:val="24"/>
          <w:rtl/>
          <w:szCs w:val="24"/>
        </w:rPr>
        <w:t xml:space="preserve">   ◯ א. מאוחר מאוד</w:t>
      </w:r>
    </w:p>
    <w:p>
      <w:pPr>
        <w:bidi/>
        <w:jc w:val="right"/>
      </w:pPr>
      <w:r>
        <w:rPr>
          <w:rFonts w:ascii="Arial" w:hAnsi="Arial" w:cs="Arial"/>
          <w:sz w:val="24"/>
          <w:rtl/>
          <w:szCs w:val="24"/>
        </w:rPr>
        <w:t xml:space="preserve">   ◯ ב. בזמן, כמו תמיד</w:t>
      </w:r>
    </w:p>
    <w:p>
      <w:pPr>
        <w:bidi/>
        <w:jc w:val="right"/>
      </w:pPr>
      <w:r>
        <w:rPr>
          <w:rFonts w:ascii="Arial" w:hAnsi="Arial" w:cs="Arial"/>
          <w:sz w:val="24"/>
          <w:rtl/>
          <w:szCs w:val="24"/>
        </w:rPr>
        <w:t xml:space="preserve">   ◯ ג. הבד לא הגיע</w:t>
      </w:r>
    </w:p>
    <w:p>
      <w:pPr>
        <w:bidi/>
        <w:jc w:val="right"/>
      </w:pPr>
      <w:r>
        <w:rPr>
          <w:rFonts w:ascii="Arial" w:hAnsi="Arial" w:cs="Arial"/>
          <w:b/>
          <w:sz w:val="24"/>
          <w:rtl/>
          <w:szCs w:val="24"/>
          <w:bCs/>
        </w:rPr>
        <w:t>3. מה שונה במדינה האחרת?</w:t>
      </w:r>
    </w:p>
    <w:p>
      <w:pPr>
        <w:bidi/>
        <w:jc w:val="right"/>
      </w:pPr>
      <w:r>
        <w:rPr>
          <w:rFonts w:ascii="Arial" w:hAnsi="Arial" w:cs="Arial"/>
          <w:sz w:val="24"/>
          <w:rtl/>
          <w:szCs w:val="24"/>
        </w:rPr>
        <w:t xml:space="preserve">   ◯ א. יש שם יותר שמש</w:t>
      </w:r>
    </w:p>
    <w:p>
      <w:pPr>
        <w:bidi/>
        <w:jc w:val="right"/>
      </w:pPr>
      <w:r>
        <w:rPr>
          <w:rFonts w:ascii="Arial" w:hAnsi="Arial" w:cs="Arial"/>
          <w:sz w:val="24"/>
          <w:rtl/>
          <w:szCs w:val="24"/>
        </w:rPr>
        <w:t xml:space="preserve">   ◯ ב. יש שם יותר אנשים</w:t>
      </w:r>
    </w:p>
    <w:p>
      <w:pPr>
        <w:bidi/>
        <w:jc w:val="right"/>
      </w:pPr>
      <w:r>
        <w:rPr>
          <w:rFonts w:ascii="Arial" w:hAnsi="Arial" w:cs="Arial"/>
          <w:sz w:val="24"/>
          <w:rtl/>
          <w:szCs w:val="24"/>
        </w:rPr>
        <w:t xml:space="preserve">   ◯ ג. משלמים לעובדים פחות</w:t>
      </w:r>
    </w:p>
    <w:p>
      <w:pPr>
        <w:bidi/>
        <w:jc w:val="right"/>
      </w:pPr>
      <w:r>
        <w:rPr>
          <w:rFonts w:ascii="Arial" w:hAnsi="Arial" w:cs="Arial"/>
          <w:sz w:val="24"/>
          <w:rtl/>
          <w:szCs w:val="24"/>
        </w:rPr>
        <w:t>האשם/ה הוא/היא: ______________________ . הוכחה מהטקסט:</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6A3FD4"/>
          <w:sz w:val="32"/>
          <w:rtl/>
          <w:szCs w:val="32"/>
          <w:bCs/>
        </w:rPr>
        <w:t>🗝️ 🔐 העולם בטלפון שלי</w:t>
      </w:r>
    </w:p>
    <w:p>
      <w:pPr>
        <w:bidi/>
        <w:jc w:val="right"/>
      </w:pPr>
      <w:r>
        <w:rPr>
          <w:rFonts w:ascii="Arial" w:hAnsi="Arial" w:cs="Arial"/>
          <w:b/>
          <w:color w:val="6A3FD4"/>
          <w:sz w:val="26"/>
          <w:rtl/>
          <w:szCs w:val="26"/>
          <w:bCs/>
        </w:rPr>
        <w:t>▌ הקטע</w:t>
      </w:r>
    </w:p>
    <w:p>
      <w:pPr>
        <w:bidi/>
        <w:jc w:val="right"/>
      </w:pPr>
      <w:r>
        <w:rPr>
          <w:rFonts w:ascii="Arial" w:hAnsi="Arial" w:cs="Arial"/>
          <w:sz w:val="24"/>
          <w:rtl/>
          <w:szCs w:val="24"/>
        </w:rPr>
        <w:t>היום העולם קטן. אני שומע מוזיקה מכל העולם בטלפון. אני רואה סרטים בשפות אחרות. חבר שלי בחו״ל שולח לי הודעה. היא מגיעה בשנייה. בסופר יש אוכל מהרבה ארצות. זו גלובליזציה, ויש בה הרבה טוב. אבל יש גם בעיה. לפעמים התרבות המקומית נחלשת. לכן חשוב לשמור גם על השפה והמסורת שלנו.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w:t>
            </w:r>
          </w:p>
        </w:tc>
        <w:tc>
          <w:tcPr>
            <w:tcW w:type="dxa" w:w="2606"/>
            <w:shd w:val="clear" w:fill="E5DBFF"/>
          </w:tcPr>
          <w:p>
            <w:pPr>
              <w:bidi/>
              <w:jc w:val="right"/>
            </w:pPr>
            <w:r>
              <w:rPr>
                <w:rFonts w:ascii="Arial" w:hAnsi="Arial" w:cs="Arial"/>
                <w:b/>
                <w:sz w:val="22"/>
                <w:rtl/>
                <w:szCs w:val="22"/>
                <w:bCs/>
              </w:rPr>
              <w:t>הצופן</w:t>
            </w:r>
          </w:p>
        </w:tc>
        <w:tc>
          <w:tcPr>
            <w:tcW w:type="dxa" w:w="2606"/>
            <w:shd w:val="clear" w:fill="E5DBFF"/>
          </w:tcPr>
          <w:p>
            <w:pPr>
              <w:bidi/>
              <w:jc w:val="right"/>
            </w:pPr>
            <w:r>
              <w:rPr>
                <w:rFonts w:ascii="Arial" w:hAnsi="Arial" w:cs="Arial"/>
                <w:b/>
                <w:sz w:val="22"/>
                <w:rtl/>
                <w:szCs w:val="22"/>
                <w:bCs/>
              </w:rPr>
              <w:t>רמז</w:t>
            </w:r>
          </w:p>
        </w:tc>
        <w:tc>
          <w:tcPr>
            <w:tcW w:type="dxa" w:w="2606"/>
            <w:shd w:val="clear" w:fill="E5DBFF"/>
          </w:tcPr>
          <w:p>
            <w:pPr>
              <w:bidi/>
              <w:jc w:val="right"/>
            </w:pPr>
            <w:r>
              <w:rPr>
                <w:rFonts w:ascii="Arial" w:hAnsi="Arial" w:cs="Arial"/>
                <w:b/>
                <w:sz w:val="22"/>
                <w:rtl/>
                <w:szCs w:val="22"/>
                <w:bCs/>
              </w:rPr>
              <w:t>המילה</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‏13‏ ‏- 6‏ ‏- 7‏ ‏- 10‏ ‏- 19‏ ‏- 5‏</w:t>
            </w:r>
          </w:p>
        </w:tc>
        <w:tc>
          <w:tcPr>
            <w:tcW w:type="dxa" w:w="2606"/>
          </w:tcPr>
          <w:p>
            <w:pPr>
              <w:bidi/>
              <w:jc w:val="right"/>
            </w:pPr>
            <w:r>
              <w:rPr>
                <w:rFonts w:ascii="Arial" w:hAnsi="Arial" w:cs="Arial"/>
                <w:sz w:val="22"/>
                <w:rtl/>
                <w:szCs w:val="22"/>
              </w:rPr>
              <w:t>שומעים אותה באוזניים 🎵.</w:t>
            </w:r>
          </w:p>
        </w:tc>
        <w:tc>
          <w:tcPr>
            <w:tcW w:type="dxa" w:w="2606"/>
          </w:tcPr>
          <w:p>
            <w:pPr>
              <w:bidi/>
              <w:jc w:val="right"/>
            </w:pPr>
            <w:r>
              <w:rPr>
                <w:rFonts w:ascii="Arial" w:hAnsi="Arial" w:cs="Arial"/>
                <w:sz w:val="22"/>
                <w:rtl/>
                <w:szCs w:val="22"/>
              </w:rPr>
              <w:t>____________</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ו ת ת ב ר</w:t>
            </w:r>
          </w:p>
        </w:tc>
        <w:tc>
          <w:tcPr>
            <w:tcW w:type="dxa" w:w="2606"/>
          </w:tcPr>
          <w:p>
            <w:pPr>
              <w:bidi/>
              <w:jc w:val="right"/>
            </w:pPr>
            <w:r>
              <w:rPr>
                <w:rFonts w:ascii="Arial" w:hAnsi="Arial" w:cs="Arial"/>
                <w:sz w:val="22"/>
                <w:rtl/>
                <w:szCs w:val="22"/>
              </w:rPr>
              <w:t>שפה, אוכל, שירים ומנהגים של קבוצה.</w:t>
            </w:r>
          </w:p>
        </w:tc>
        <w:tc>
          <w:tcPr>
            <w:tcW w:type="dxa" w:w="2606"/>
          </w:tcPr>
          <w:p>
            <w:pPr>
              <w:bidi/>
              <w:jc w:val="right"/>
            </w:pPr>
            <w:r>
              <w:rPr>
                <w:rFonts w:ascii="Arial" w:hAnsi="Arial" w:cs="Arial"/>
                <w:sz w:val="22"/>
                <w:rtl/>
                <w:szCs w:val="22"/>
              </w:rPr>
              <w:t>__________</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ש ה פ</w:t>
            </w:r>
          </w:p>
        </w:tc>
        <w:tc>
          <w:tcPr>
            <w:tcW w:type="dxa" w:w="2606"/>
          </w:tcPr>
          <w:p>
            <w:pPr>
              <w:bidi/>
              <w:jc w:val="right"/>
            </w:pPr>
            <w:r>
              <w:rPr>
                <w:rFonts w:ascii="Arial" w:hAnsi="Arial" w:cs="Arial"/>
                <w:sz w:val="22"/>
                <w:rtl/>
                <w:szCs w:val="22"/>
              </w:rPr>
              <w:t>עברית, רוסית, ערבית, אנגלית.</w:t>
            </w:r>
          </w:p>
        </w:tc>
        <w:tc>
          <w:tcPr>
            <w:tcW w:type="dxa" w:w="2606"/>
          </w:tcPr>
          <w:p>
            <w:pPr>
              <w:bidi/>
              <w:jc w:val="right"/>
            </w:pPr>
            <w:r>
              <w:rPr>
                <w:rFonts w:ascii="Arial" w:hAnsi="Arial" w:cs="Arial"/>
                <w:sz w:val="22"/>
                <w:rtl/>
                <w:szCs w:val="22"/>
              </w:rPr>
              <w:t>______</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‏13‏ ‏- 15‏ ‏- 6‏ ‏- 20‏ ‏- 22‏</w:t>
            </w:r>
          </w:p>
        </w:tc>
        <w:tc>
          <w:tcPr>
            <w:tcW w:type="dxa" w:w="2606"/>
          </w:tcPr>
          <w:p>
            <w:pPr>
              <w:bidi/>
              <w:jc w:val="right"/>
            </w:pPr>
            <w:r>
              <w:rPr>
                <w:rFonts w:ascii="Arial" w:hAnsi="Arial" w:cs="Arial"/>
                <w:sz w:val="22"/>
                <w:rtl/>
                <w:szCs w:val="22"/>
              </w:rPr>
              <w:t>מנהג שעובר מדור לדור.</w:t>
            </w:r>
          </w:p>
        </w:tc>
        <w:tc>
          <w:tcPr>
            <w:tcW w:type="dxa" w:w="2606"/>
          </w:tcPr>
          <w:p>
            <w:pPr>
              <w:bidi/>
              <w:jc w:val="right"/>
            </w:pPr>
            <w:r>
              <w:rPr>
                <w:rFonts w:ascii="Arial" w:hAnsi="Arial" w:cs="Arial"/>
                <w:sz w:val="22"/>
                <w:rtl/>
                <w:szCs w:val="22"/>
              </w:rPr>
              <w:t>__________</w:t>
            </w:r>
          </w:p>
        </w:tc>
      </w:tr>
    </w:tbl>
    <w:p>
      <w:pPr>
        <w:bidi/>
        <w:jc w:val="right"/>
      </w:pPr>
    </w:p>
    <w:p>
      <w:pPr>
        <w:bidi/>
        <w:jc w:val="right"/>
      </w:pPr>
      <w:r>
        <w:rPr>
          <w:rFonts w:ascii="Arial" w:hAnsi="Arial" w:cs="Arial"/>
          <w:sz w:val="24"/>
          <w:rtl/>
          <w:szCs w:val="24"/>
        </w:rPr>
        <w:t>🔣 מפתח: א=1 ב=2 ג=3 ד=4 ה=5 ו=6 ז=7 ח=8 ט=9 י=10 כ=11 ל=12 מ=13 נ=14 ס=15 ע=16 פ=17 צ=18 ק=19 ר=20 ש=21 ת=22</w:t>
      </w:r>
    </w:p>
    <w:p>
      <w:pPr>
        <w:bidi/>
        <w:jc w:val="right"/>
      </w:pPr>
      <w:r>
        <w:rPr>
          <w:rFonts w:ascii="Arial" w:hAnsi="Arial" w:cs="Arial"/>
          <w:sz w:val="24"/>
          <w:rtl/>
          <w:szCs w:val="24"/>
        </w:rPr>
        <w:t>המסר הסודי לפי המורה: ____________________</w:t>
      </w:r>
    </w:p>
    <w:p>
      <w:r>
        <w:br w:type="page"/>
      </w:r>
    </w:p>
    <w:p>
      <w:pPr>
        <w:bidi/>
        <w:pStyle w:val="Heading1"/>
        <w:jc w:val="right"/>
      </w:pPr>
      <w:r>
        <w:rPr>
          <w:rFonts w:ascii="Arial" w:hAnsi="Arial" w:cs="Arial"/>
          <w:b/>
          <w:color w:val="4B2BA8"/>
          <w:sz w:val="40"/>
          <w:rtl/>
          <w:szCs w:val="40"/>
          <w:bCs/>
        </w:rPr>
        <w:t>חלק ב׳ – 🗺️ דרכון התחנות: 🗺️ המסע של החולצה</w:t>
      </w:r>
    </w:p>
    <w:p>
      <w:pPr>
        <w:bidi/>
        <w:jc w:val="right"/>
      </w:pPr>
      <w:r>
        <w:rPr>
          <w:rFonts w:ascii="Arial" w:hAnsi="Arial" w:cs="Arial"/>
          <w:color w:val="555577"/>
          <w:sz w:val="24"/>
          <w:rtl/>
          <w:szCs w:val="24"/>
        </w:rPr>
        <w:t>חולצה יוצאת מהשדה לחנות. בכל תחנה תקבלו אות. בכל תחנה – פתרו את המשימה וכתבו את אות הקסם שתקבלו מהמורה.</w:t>
      </w:r>
    </w:p>
    <w:p>
      <w:pPr>
        <w:bidi/>
        <w:jc w:val="right"/>
      </w:pPr>
      <w:r>
        <w:rPr>
          <w:rFonts w:ascii="Arial" w:hAnsi="Arial" w:cs="Arial"/>
          <w:b/>
          <w:sz w:val="24"/>
          <w:rtl/>
          <w:szCs w:val="24"/>
          <w:bCs/>
        </w:rPr>
        <w:t>1. 🌱 שדה הכותנה – הכותנה גדלה בשדה. מה עושים ממנה?</w:t>
      </w:r>
    </w:p>
    <w:p>
      <w:pPr>
        <w:bidi/>
        <w:jc w:val="right"/>
      </w:pPr>
      <w:r>
        <w:rPr>
          <w:rFonts w:ascii="Arial" w:hAnsi="Arial" w:cs="Arial"/>
          <w:sz w:val="24"/>
          <w:rtl/>
          <w:szCs w:val="24"/>
        </w:rPr>
        <w:t xml:space="preserve">   ◯ א. בגדים</w:t>
      </w:r>
    </w:p>
    <w:p>
      <w:pPr>
        <w:bidi/>
        <w:jc w:val="right"/>
      </w:pPr>
      <w:r>
        <w:rPr>
          <w:rFonts w:ascii="Arial" w:hAnsi="Arial" w:cs="Arial"/>
          <w:sz w:val="24"/>
          <w:rtl/>
          <w:szCs w:val="24"/>
        </w:rPr>
        <w:t xml:space="preserve">   ◯ ב. מכוניות</w:t>
      </w:r>
    </w:p>
    <w:p>
      <w:pPr>
        <w:bidi/>
        <w:jc w:val="right"/>
      </w:pPr>
      <w:r>
        <w:rPr>
          <w:rFonts w:ascii="Arial" w:hAnsi="Arial" w:cs="Arial"/>
          <w:sz w:val="24"/>
          <w:rtl/>
          <w:szCs w:val="24"/>
        </w:rPr>
        <w:t xml:space="preserve">   ◯ ג. טלפונים</w:t>
      </w:r>
    </w:p>
    <w:p>
      <w:pPr>
        <w:bidi/>
        <w:jc w:val="right"/>
      </w:pPr>
      <w:r>
        <w:rPr>
          <w:rFonts w:ascii="Arial" w:hAnsi="Arial" w:cs="Arial"/>
          <w:sz w:val="24"/>
          <w:rtl/>
          <w:szCs w:val="24"/>
        </w:rPr>
        <w:t xml:space="preserve">   ◯ ד. בתים</w:t>
      </w:r>
    </w:p>
    <w:p>
      <w:pPr>
        <w:bidi/>
        <w:jc w:val="right"/>
      </w:pPr>
      <w:r>
        <w:rPr>
          <w:rFonts w:ascii="Arial" w:hAnsi="Arial" w:cs="Arial"/>
          <w:sz w:val="24"/>
          <w:rtl/>
          <w:szCs w:val="24"/>
        </w:rPr>
        <w:t>2. 🏭 המפעל – התאימו מילה להסבר. (כתבו את האות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היגד</w:t>
            </w:r>
          </w:p>
        </w:tc>
        <w:tc>
          <w:tcPr>
            <w:tcW w:type="dxa" w:w="2606"/>
            <w:shd w:val="clear" w:fill="E5DBFF"/>
          </w:tcPr>
          <w:p>
            <w:pPr>
              <w:bidi/>
              <w:jc w:val="right"/>
            </w:pPr>
            <w:r>
              <w:rPr>
                <w:rFonts w:ascii="Arial" w:hAnsi="Arial" w:cs="Arial"/>
                <w:b/>
                <w:sz w:val="22"/>
                <w:rtl/>
                <w:szCs w:val="22"/>
                <w:bCs/>
              </w:rPr>
              <w:t>אות</w:t>
            </w:r>
          </w:p>
        </w:tc>
        <w:tc>
          <w:tcPr>
            <w:tcW w:type="dxa" w:w="2606"/>
            <w:shd w:val="clear" w:fill="E5DBFF"/>
          </w:tcPr>
          <w:p>
            <w:pPr>
              <w:bidi/>
              <w:jc w:val="right"/>
            </w:pPr>
            <w:r>
              <w:rPr>
                <w:rFonts w:ascii="Arial" w:hAnsi="Arial" w:cs="Arial"/>
                <w:b/>
                <w:sz w:val="22"/>
                <w:rtl/>
                <w:szCs w:val="22"/>
                <w:bCs/>
              </w:rPr>
            </w:r>
          </w:p>
        </w:tc>
        <w:tc>
          <w:tcPr>
            <w:tcW w:type="dxa" w:w="2606"/>
            <w:shd w:val="clear" w:fill="E5DBFF"/>
          </w:tcPr>
          <w:p>
            <w:pPr>
              <w:bidi/>
              <w:jc w:val="right"/>
            </w:pPr>
            <w:r>
              <w:rPr>
                <w:rFonts w:ascii="Arial" w:hAnsi="Arial" w:cs="Arial"/>
                <w:b/>
                <w:sz w:val="22"/>
                <w:rtl/>
                <w:szCs w:val="22"/>
                <w:bCs/>
              </w:rPr>
              <w:t>הקשר</w:t>
            </w:r>
          </w:p>
        </w:tc>
      </w:tr>
      <w:tr>
        <w:tc>
          <w:tcPr>
            <w:tcW w:type="dxa" w:w="2606"/>
          </w:tcPr>
          <w:p>
            <w:pPr>
              <w:bidi/>
              <w:jc w:val="right"/>
            </w:pPr>
            <w:r>
              <w:rPr>
                <w:rFonts w:ascii="Arial" w:hAnsi="Arial" w:cs="Arial"/>
                <w:sz w:val="22"/>
                <w:rtl/>
                <w:szCs w:val="22"/>
              </w:rPr>
              <w:t>חומר גלם</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w:t>
            </w:r>
          </w:p>
        </w:tc>
        <w:tc>
          <w:tcPr>
            <w:tcW w:type="dxa" w:w="2606"/>
          </w:tcPr>
          <w:p>
            <w:pPr>
              <w:bidi/>
              <w:jc w:val="right"/>
            </w:pPr>
            <w:r>
              <w:rPr>
                <w:rFonts w:ascii="Arial" w:hAnsi="Arial" w:cs="Arial"/>
                <w:sz w:val="22"/>
                <w:rtl/>
                <w:szCs w:val="22"/>
              </w:rPr>
              <w:t>מקום שמייצרים בו</w:t>
            </w:r>
          </w:p>
        </w:tc>
      </w:tr>
      <w:tr>
        <w:tc>
          <w:tcPr>
            <w:tcW w:type="dxa" w:w="2606"/>
          </w:tcPr>
          <w:p>
            <w:pPr>
              <w:bidi/>
              <w:jc w:val="right"/>
            </w:pPr>
            <w:r>
              <w:rPr>
                <w:rFonts w:ascii="Arial" w:hAnsi="Arial" w:cs="Arial"/>
                <w:sz w:val="22"/>
                <w:rtl/>
                <w:szCs w:val="22"/>
              </w:rPr>
              <w:t>מפעל</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w:t>
            </w:r>
          </w:p>
        </w:tc>
        <w:tc>
          <w:tcPr>
            <w:tcW w:type="dxa" w:w="2606"/>
          </w:tcPr>
          <w:p>
            <w:pPr>
              <w:bidi/>
              <w:jc w:val="right"/>
            </w:pPr>
            <w:r>
              <w:rPr>
                <w:rFonts w:ascii="Arial" w:hAnsi="Arial" w:cs="Arial"/>
                <w:sz w:val="22"/>
                <w:rtl/>
                <w:szCs w:val="22"/>
              </w:rPr>
              <w:t>אדם שעושה את העבודה</w:t>
            </w:r>
          </w:p>
        </w:tc>
      </w:tr>
      <w:tr>
        <w:tc>
          <w:tcPr>
            <w:tcW w:type="dxa" w:w="2606"/>
          </w:tcPr>
          <w:p>
            <w:pPr>
              <w:bidi/>
              <w:jc w:val="right"/>
            </w:pPr>
            <w:r>
              <w:rPr>
                <w:rFonts w:ascii="Arial" w:hAnsi="Arial" w:cs="Arial"/>
                <w:sz w:val="22"/>
                <w:rtl/>
                <w:szCs w:val="22"/>
              </w:rPr>
              <w:t>עובד</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w:t>
            </w:r>
          </w:p>
        </w:tc>
        <w:tc>
          <w:tcPr>
            <w:tcW w:type="dxa" w:w="2606"/>
          </w:tcPr>
          <w:p>
            <w:pPr>
              <w:bidi/>
              <w:jc w:val="right"/>
            </w:pPr>
            <w:r>
              <w:rPr>
                <w:rFonts w:ascii="Arial" w:hAnsi="Arial" w:cs="Arial"/>
                <w:sz w:val="22"/>
                <w:rtl/>
                <w:szCs w:val="22"/>
              </w:rPr>
              <w:t>מה שמגיע מהטבע</w:t>
            </w:r>
          </w:p>
        </w:tc>
      </w:tr>
    </w:tbl>
    <w:p>
      <w:pPr>
        <w:bidi/>
        <w:jc w:val="right"/>
      </w:pPr>
    </w:p>
    <w:p>
      <w:pPr>
        <w:bidi/>
        <w:jc w:val="right"/>
      </w:pPr>
      <w:r>
        <w:rPr>
          <w:rFonts w:ascii="Arial" w:hAnsi="Arial" w:cs="Arial"/>
          <w:sz w:val="24"/>
          <w:rtl/>
          <w:szCs w:val="24"/>
        </w:rPr>
        <w:t>3. 🌊 הים – התאימו מילה להסבר. (כתבו את האות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היגד</w:t>
            </w:r>
          </w:p>
        </w:tc>
        <w:tc>
          <w:tcPr>
            <w:tcW w:type="dxa" w:w="2606"/>
            <w:shd w:val="clear" w:fill="E5DBFF"/>
          </w:tcPr>
          <w:p>
            <w:pPr>
              <w:bidi/>
              <w:jc w:val="right"/>
            </w:pPr>
            <w:r>
              <w:rPr>
                <w:rFonts w:ascii="Arial" w:hAnsi="Arial" w:cs="Arial"/>
                <w:b/>
                <w:sz w:val="22"/>
                <w:rtl/>
                <w:szCs w:val="22"/>
                <w:bCs/>
              </w:rPr>
              <w:t>אות</w:t>
            </w:r>
          </w:p>
        </w:tc>
        <w:tc>
          <w:tcPr>
            <w:tcW w:type="dxa" w:w="2606"/>
            <w:shd w:val="clear" w:fill="E5DBFF"/>
          </w:tcPr>
          <w:p>
            <w:pPr>
              <w:bidi/>
              <w:jc w:val="right"/>
            </w:pPr>
            <w:r>
              <w:rPr>
                <w:rFonts w:ascii="Arial" w:hAnsi="Arial" w:cs="Arial"/>
                <w:b/>
                <w:sz w:val="22"/>
                <w:rtl/>
                <w:szCs w:val="22"/>
                <w:bCs/>
              </w:rPr>
            </w:r>
          </w:p>
        </w:tc>
        <w:tc>
          <w:tcPr>
            <w:tcW w:type="dxa" w:w="2606"/>
            <w:shd w:val="clear" w:fill="E5DBFF"/>
          </w:tcPr>
          <w:p>
            <w:pPr>
              <w:bidi/>
              <w:jc w:val="right"/>
            </w:pPr>
            <w:r>
              <w:rPr>
                <w:rFonts w:ascii="Arial" w:hAnsi="Arial" w:cs="Arial"/>
                <w:b/>
                <w:sz w:val="22"/>
                <w:rtl/>
                <w:szCs w:val="22"/>
                <w:bCs/>
              </w:rPr>
              <w:t>הקשר</w:t>
            </w:r>
          </w:p>
        </w:tc>
      </w:tr>
      <w:tr>
        <w:tc>
          <w:tcPr>
            <w:tcW w:type="dxa" w:w="2606"/>
          </w:tcPr>
          <w:p>
            <w:pPr>
              <w:bidi/>
              <w:jc w:val="right"/>
            </w:pPr>
            <w:r>
              <w:rPr>
                <w:rFonts w:ascii="Arial" w:hAnsi="Arial" w:cs="Arial"/>
                <w:sz w:val="22"/>
                <w:rtl/>
                <w:szCs w:val="22"/>
              </w:rPr>
              <w:t>תעלת סואץ</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w:t>
            </w:r>
          </w:p>
        </w:tc>
        <w:tc>
          <w:tcPr>
            <w:tcW w:type="dxa" w:w="2606"/>
          </w:tcPr>
          <w:p>
            <w:pPr>
              <w:bidi/>
              <w:jc w:val="right"/>
            </w:pPr>
            <w:r>
              <w:rPr>
                <w:rFonts w:ascii="Arial" w:hAnsi="Arial" w:cs="Arial"/>
                <w:sz w:val="22"/>
                <w:rtl/>
                <w:szCs w:val="22"/>
              </w:rPr>
              <w:t>מובילה מכולות בים</w:t>
            </w:r>
          </w:p>
        </w:tc>
      </w:tr>
      <w:tr>
        <w:tc>
          <w:tcPr>
            <w:tcW w:type="dxa" w:w="2606"/>
          </w:tcPr>
          <w:p>
            <w:pPr>
              <w:bidi/>
              <w:jc w:val="right"/>
            </w:pPr>
            <w:r>
              <w:rPr>
                <w:rFonts w:ascii="Arial" w:hAnsi="Arial" w:cs="Arial"/>
                <w:sz w:val="22"/>
                <w:rtl/>
                <w:szCs w:val="22"/>
              </w:rPr>
              <w:t>אונייה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w:t>
            </w:r>
          </w:p>
        </w:tc>
        <w:tc>
          <w:tcPr>
            <w:tcW w:type="dxa" w:w="2606"/>
          </w:tcPr>
          <w:p>
            <w:pPr>
              <w:bidi/>
              <w:jc w:val="right"/>
            </w:pPr>
            <w:r>
              <w:rPr>
                <w:rFonts w:ascii="Arial" w:hAnsi="Arial" w:cs="Arial"/>
                <w:sz w:val="22"/>
                <w:rtl/>
                <w:szCs w:val="22"/>
              </w:rPr>
              <w:t>מקום שאוניות עוצרות בו</w:t>
            </w:r>
          </w:p>
        </w:tc>
      </w:tr>
      <w:tr>
        <w:tc>
          <w:tcPr>
            <w:tcW w:type="dxa" w:w="2606"/>
          </w:tcPr>
          <w:p>
            <w:pPr>
              <w:bidi/>
              <w:jc w:val="right"/>
            </w:pPr>
            <w:r>
              <w:rPr>
                <w:rFonts w:ascii="Arial" w:hAnsi="Arial" w:cs="Arial"/>
                <w:sz w:val="22"/>
                <w:rtl/>
                <w:szCs w:val="22"/>
              </w:rPr>
              <w:t>נמל</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w:t>
            </w:r>
          </w:p>
        </w:tc>
        <w:tc>
          <w:tcPr>
            <w:tcW w:type="dxa" w:w="2606"/>
          </w:tcPr>
          <w:p>
            <w:pPr>
              <w:bidi/>
              <w:jc w:val="right"/>
            </w:pPr>
            <w:r>
              <w:rPr>
                <w:rFonts w:ascii="Arial" w:hAnsi="Arial" w:cs="Arial"/>
                <w:sz w:val="22"/>
                <w:rtl/>
                <w:szCs w:val="22"/>
              </w:rPr>
              <w:t>מחברת את הים התיכון וים סוף</w:t>
            </w:r>
          </w:p>
        </w:tc>
      </w:tr>
    </w:tbl>
    <w:p>
      <w:pPr>
        <w:bidi/>
        <w:jc w:val="right"/>
      </w:pPr>
    </w:p>
    <w:p>
      <w:pPr>
        <w:bidi/>
        <w:jc w:val="right"/>
      </w:pPr>
      <w:r>
        <w:rPr>
          <w:rFonts w:ascii="Arial" w:hAnsi="Arial" w:cs="Arial"/>
          <w:b/>
          <w:sz w:val="24"/>
          <w:rtl/>
          <w:szCs w:val="24"/>
          <w:bCs/>
        </w:rPr>
        <w:t>4. 🛍️ החנות – קונים בגד זול ולובשים פעמיים. איך קוראים לזה?</w:t>
      </w:r>
    </w:p>
    <w:p>
      <w:pPr>
        <w:bidi/>
        <w:jc w:val="right"/>
      </w:pPr>
      <w:r>
        <w:rPr>
          <w:rFonts w:ascii="Arial" w:hAnsi="Arial" w:cs="Arial"/>
          <w:sz w:val="24"/>
          <w:rtl/>
          <w:szCs w:val="24"/>
        </w:rPr>
        <w:t xml:space="preserve">   ◯ א. אופנה ישנה</w:t>
      </w:r>
    </w:p>
    <w:p>
      <w:pPr>
        <w:bidi/>
        <w:jc w:val="right"/>
      </w:pPr>
      <w:r>
        <w:rPr>
          <w:rFonts w:ascii="Arial" w:hAnsi="Arial" w:cs="Arial"/>
          <w:sz w:val="24"/>
          <w:rtl/>
          <w:szCs w:val="24"/>
        </w:rPr>
        <w:t xml:space="preserve">   ◯ ב. אופנה מקומית</w:t>
      </w:r>
    </w:p>
    <w:p>
      <w:pPr>
        <w:bidi/>
        <w:jc w:val="right"/>
      </w:pPr>
      <w:r>
        <w:rPr>
          <w:rFonts w:ascii="Arial" w:hAnsi="Arial" w:cs="Arial"/>
          <w:sz w:val="24"/>
          <w:rtl/>
          <w:szCs w:val="24"/>
        </w:rPr>
        <w:t xml:space="preserve">   ◯ ג. אופנה יקרה</w:t>
      </w:r>
    </w:p>
    <w:p>
      <w:pPr>
        <w:bidi/>
        <w:jc w:val="right"/>
      </w:pPr>
      <w:r>
        <w:rPr>
          <w:rFonts w:ascii="Arial" w:hAnsi="Arial" w:cs="Arial"/>
          <w:sz w:val="24"/>
          <w:rtl/>
          <w:szCs w:val="24"/>
        </w:rPr>
        <w:t xml:space="preserve">   ◯ ד. אופנה מהירה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085"/>
        <w:gridCol w:w="2085"/>
        <w:gridCol w:w="2085"/>
        <w:gridCol w:w="2085"/>
        <w:gridCol w:w="2085"/>
      </w:tblGrid>
      <w:tr>
        <w:tc>
          <w:tcPr>
            <w:tcW w:type="dxa" w:w="2085"/>
            <w:shd w:val="clear" w:fill="E5DBFF"/>
          </w:tcPr>
          <w:p>
            <w:pPr>
              <w:bidi/>
              <w:jc w:val="right"/>
            </w:pPr>
            <w:r>
              <w:rPr>
                <w:rFonts w:ascii="Arial" w:hAnsi="Arial" w:cs="Arial"/>
                <w:b/>
                <w:sz w:val="22"/>
                <w:rtl/>
                <w:szCs w:val="22"/>
                <w:bCs/>
              </w:rPr>
              <w:t>תחנה</w:t>
            </w:r>
          </w:p>
        </w:tc>
        <w:tc>
          <w:tcPr>
            <w:tcW w:type="dxa" w:w="2085"/>
            <w:shd w:val="clear" w:fill="E5DBFF"/>
          </w:tcPr>
          <w:p>
            <w:pPr>
              <w:bidi/>
              <w:jc w:val="right"/>
            </w:pPr>
            <w:r>
              <w:rPr>
                <w:rFonts w:ascii="Arial" w:hAnsi="Arial" w:cs="Arial"/>
                <w:b/>
                <w:sz w:val="22"/>
                <w:rtl/>
                <w:szCs w:val="22"/>
                <w:bCs/>
              </w:rPr>
              <w:t>1</w:t>
            </w:r>
          </w:p>
        </w:tc>
        <w:tc>
          <w:tcPr>
            <w:tcW w:type="dxa" w:w="2085"/>
            <w:shd w:val="clear" w:fill="E5DBFF"/>
          </w:tcPr>
          <w:p>
            <w:pPr>
              <w:bidi/>
              <w:jc w:val="right"/>
            </w:pPr>
            <w:r>
              <w:rPr>
                <w:rFonts w:ascii="Arial" w:hAnsi="Arial" w:cs="Arial"/>
                <w:b/>
                <w:sz w:val="22"/>
                <w:rtl/>
                <w:szCs w:val="22"/>
                <w:bCs/>
              </w:rPr>
              <w:t>2</w:t>
            </w:r>
          </w:p>
        </w:tc>
        <w:tc>
          <w:tcPr>
            <w:tcW w:type="dxa" w:w="2085"/>
            <w:shd w:val="clear" w:fill="E5DBFF"/>
          </w:tcPr>
          <w:p>
            <w:pPr>
              <w:bidi/>
              <w:jc w:val="right"/>
            </w:pPr>
            <w:r>
              <w:rPr>
                <w:rFonts w:ascii="Arial" w:hAnsi="Arial" w:cs="Arial"/>
                <w:b/>
                <w:sz w:val="22"/>
                <w:rtl/>
                <w:szCs w:val="22"/>
                <w:bCs/>
              </w:rPr>
              <w:t>3</w:t>
            </w:r>
          </w:p>
        </w:tc>
        <w:tc>
          <w:tcPr>
            <w:tcW w:type="dxa" w:w="2085"/>
            <w:shd w:val="clear" w:fill="E5DBFF"/>
          </w:tcPr>
          <w:p>
            <w:pPr>
              <w:bidi/>
              <w:jc w:val="right"/>
            </w:pPr>
            <w:r>
              <w:rPr>
                <w:rFonts w:ascii="Arial" w:hAnsi="Arial" w:cs="Arial"/>
                <w:b/>
                <w:sz w:val="22"/>
                <w:rtl/>
                <w:szCs w:val="22"/>
                <w:bCs/>
              </w:rPr>
              <w:t>4</w:t>
            </w:r>
          </w:p>
        </w:tc>
      </w:tr>
      <w:tr>
        <w:tc>
          <w:tcPr>
            <w:tcW w:type="dxa" w:w="2085"/>
          </w:tcPr>
          <w:p>
            <w:pPr>
              <w:bidi/>
              <w:jc w:val="right"/>
            </w:pPr>
            <w:r>
              <w:rPr>
                <w:rFonts w:ascii="Arial" w:hAnsi="Arial" w:cs="Arial"/>
                <w:sz w:val="22"/>
                <w:rtl/>
                <w:szCs w:val="22"/>
              </w:rPr>
              <w:t>אות קסם</w:t>
            </w:r>
          </w:p>
        </w:tc>
        <w:tc>
          <w:tcPr>
            <w:tcW w:type="dxa" w:w="2085"/>
          </w:tcPr>
          <w:p>
            <w:pPr>
              <w:bidi/>
              <w:jc w:val="right"/>
            </w:pPr>
            <w:r>
              <w:rPr>
                <w:rFonts w:ascii="Arial" w:hAnsi="Arial" w:cs="Arial"/>
                <w:sz w:val="22"/>
                <w:rtl/>
                <w:szCs w:val="22"/>
              </w:rPr>
              <w:t>☐</w:t>
            </w:r>
          </w:p>
        </w:tc>
        <w:tc>
          <w:tcPr>
            <w:tcW w:type="dxa" w:w="2085"/>
          </w:tcPr>
          <w:p>
            <w:pPr>
              <w:bidi/>
              <w:jc w:val="right"/>
            </w:pPr>
            <w:r>
              <w:rPr>
                <w:rFonts w:ascii="Arial" w:hAnsi="Arial" w:cs="Arial"/>
                <w:sz w:val="22"/>
                <w:rtl/>
                <w:szCs w:val="22"/>
              </w:rPr>
              <w:t>☐</w:t>
            </w:r>
          </w:p>
        </w:tc>
        <w:tc>
          <w:tcPr>
            <w:tcW w:type="dxa" w:w="2085"/>
          </w:tcPr>
          <w:p>
            <w:pPr>
              <w:bidi/>
              <w:jc w:val="right"/>
            </w:pPr>
            <w:r>
              <w:rPr>
                <w:rFonts w:ascii="Arial" w:hAnsi="Arial" w:cs="Arial"/>
                <w:sz w:val="22"/>
                <w:rtl/>
                <w:szCs w:val="22"/>
              </w:rPr>
              <w:t>☐</w:t>
            </w:r>
          </w:p>
        </w:tc>
        <w:tc>
          <w:tcPr>
            <w:tcW w:type="dxa" w:w="2085"/>
          </w:tcPr>
          <w:p>
            <w:pPr>
              <w:bidi/>
              <w:jc w:val="right"/>
            </w:pPr>
            <w:r>
              <w:rPr>
                <w:rFonts w:ascii="Arial" w:hAnsi="Arial" w:cs="Arial"/>
                <w:sz w:val="22"/>
                <w:rtl/>
                <w:szCs w:val="22"/>
              </w:rPr>
              <w:t>☐</w:t>
            </w:r>
          </w:p>
        </w:tc>
      </w:tr>
    </w:tbl>
    <w:p>
      <w:pPr>
        <w:bidi/>
        <w:jc w:val="right"/>
      </w:pPr>
    </w:p>
    <w:p>
      <w:pPr>
        <w:bidi/>
        <w:jc w:val="right"/>
      </w:pPr>
      <w:r>
        <w:rPr>
          <w:rFonts w:ascii="Arial" w:hAnsi="Arial" w:cs="Arial"/>
          <w:sz w:val="24"/>
          <w:rtl/>
          <w:szCs w:val="24"/>
        </w:rPr>
        <w:t>🚪 קוד היציאה: ______________</w:t>
      </w:r>
    </w:p>
    <w:p>
      <w:pPr>
        <w:bidi/>
        <w:pStyle w:val="Heading2"/>
        <w:jc w:val="right"/>
      </w:pPr>
      <w:r>
        <w:rPr>
          <w:rFonts w:ascii="Arial" w:hAnsi="Arial" w:cs="Arial"/>
          <w:b/>
          <w:color w:val="6A3FD4"/>
          <w:sz w:val="32"/>
          <w:rtl/>
          <w:szCs w:val="32"/>
          <w:bCs/>
        </w:rPr>
        <w:t>⏳🗂️ 🧩 מסדרים וממיינים</w:t>
      </w:r>
    </w:p>
    <w:p>
      <w:pPr>
        <w:bidi/>
        <w:jc w:val="right"/>
      </w:pPr>
      <w:r>
        <w:rPr>
          <w:rFonts w:ascii="Arial" w:hAnsi="Arial" w:cs="Arial"/>
          <w:color w:val="555577"/>
          <w:sz w:val="24"/>
          <w:rtl/>
          <w:szCs w:val="24"/>
        </w:rPr>
        <w:t>סדרו את הדרך של הודעה. אחר כך מיינו עובדה ודעה.</w:t>
      </w:r>
    </w:p>
    <w:p>
      <w:pPr>
        <w:bidi/>
        <w:jc w:val="right"/>
      </w:pPr>
      <w:r>
        <w:rPr>
          <w:rFonts w:ascii="Arial" w:hAnsi="Arial" w:cs="Arial"/>
          <w:sz w:val="24"/>
          <w:rtl/>
          <w:szCs w:val="24"/>
        </w:rPr>
        <w:t>סדרו: איך הודעה מגיעה לחברה בחו״ל? – מספרו לפי הסדר (1 = ראשון):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E5DBFF"/>
          </w:tcPr>
          <w:p>
            <w:pPr>
              <w:bidi/>
              <w:jc w:val="right"/>
            </w:pPr>
            <w:r>
              <w:rPr>
                <w:rFonts w:ascii="Arial" w:hAnsi="Arial" w:cs="Arial"/>
                <w:b/>
                <w:sz w:val="22"/>
                <w:rtl/>
                <w:szCs w:val="22"/>
                <w:bCs/>
              </w:rPr>
              <w:t>מספר</w:t>
            </w:r>
          </w:p>
        </w:tc>
        <w:tc>
          <w:tcPr>
            <w:tcW w:type="dxa" w:w="5213"/>
            <w:shd w:val="clear" w:fill="E5DBFF"/>
          </w:tcPr>
          <w:p>
            <w:pPr>
              <w:bidi/>
              <w:jc w:val="right"/>
            </w:pPr>
            <w:r>
              <w:rPr>
                <w:rFonts w:ascii="Arial" w:hAnsi="Arial" w:cs="Arial"/>
                <w:b/>
                <w:sz w:val="22"/>
                <w:rtl/>
                <w:szCs w:val="22"/>
                <w:bCs/>
              </w:rPr>
              <w:t>האירוע / השלב</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החברה קוראת ועונה</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התלמיד כותב הודעה</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ההודעה מגיעה לטלפון בחו״ל</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ההודעה עוברת בכבל מתחת לים</w:t>
            </w:r>
          </w:p>
        </w:tc>
      </w:tr>
    </w:tbl>
    <w:p>
      <w:pPr>
        <w:bidi/>
        <w:jc w:val="right"/>
      </w:pPr>
    </w:p>
    <w:p>
      <w:pPr>
        <w:bidi/>
        <w:jc w:val="right"/>
      </w:pPr>
      <w:r>
        <w:rPr>
          <w:rFonts w:ascii="Arial" w:hAnsi="Arial" w:cs="Arial"/>
          <w:sz w:val="24"/>
          <w:rtl/>
          <w:szCs w:val="24"/>
        </w:rPr>
        <w:t>מיינו: עובדה או דעה? – סמנו ✓ בעמודה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כרטיס</w:t>
            </w:r>
          </w:p>
        </w:tc>
        <w:tc>
          <w:tcPr>
            <w:tcW w:type="dxa" w:w="3475"/>
            <w:shd w:val="clear" w:fill="E5DBFF"/>
          </w:tcPr>
          <w:p>
            <w:pPr>
              <w:bidi/>
              <w:jc w:val="right"/>
            </w:pPr>
            <w:r>
              <w:rPr>
                <w:rFonts w:ascii="Arial" w:hAnsi="Arial" w:cs="Arial"/>
                <w:b/>
                <w:sz w:val="22"/>
                <w:rtl/>
                <w:szCs w:val="22"/>
                <w:bCs/>
              </w:rPr>
              <w:t>עובדה</w:t>
            </w:r>
          </w:p>
        </w:tc>
        <w:tc>
          <w:tcPr>
            <w:tcW w:type="dxa" w:w="3475"/>
            <w:shd w:val="clear" w:fill="E5DBFF"/>
          </w:tcPr>
          <w:p>
            <w:pPr>
              <w:bidi/>
              <w:jc w:val="right"/>
            </w:pPr>
            <w:r>
              <w:rPr>
                <w:rFonts w:ascii="Arial" w:hAnsi="Arial" w:cs="Arial"/>
                <w:b/>
                <w:sz w:val="22"/>
                <w:rtl/>
                <w:szCs w:val="22"/>
                <w:bCs/>
              </w:rPr>
              <w:t>דעה</w:t>
            </w:r>
          </w:p>
        </w:tc>
      </w:tr>
      <w:tr>
        <w:tc>
          <w:tcPr>
            <w:tcW w:type="dxa" w:w="3475"/>
          </w:tcPr>
          <w:p>
            <w:pPr>
              <w:bidi/>
              <w:jc w:val="right"/>
            </w:pPr>
            <w:r>
              <w:rPr>
                <w:rFonts w:ascii="Arial" w:hAnsi="Arial" w:cs="Arial"/>
                <w:sz w:val="22"/>
                <w:rtl/>
                <w:szCs w:val="22"/>
              </w:rPr>
              <w:t>אוניות מובילות מכולות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צריך לקנות רק מוצרים מקומיים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גלובליזציה היא הדבר הכי טוב בעולם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בגדים זולים יפים יותר</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תעלת סואץ מחברת שני ימים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האינטרנט מחבר בין יבשות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bl>
    <w:p>
      <w:pPr>
        <w:bidi/>
        <w:jc w:val="right"/>
      </w:pP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רצועות מיון לגזירה</w:t>
      </w:r>
    </w:p>
    <w:p>
      <w:pPr>
        <w:bidi/>
        <w:jc w:val="right"/>
      </w:pPr>
      <w:r>
        <w:rPr>
          <w:rFonts w:ascii="Arial" w:hAnsi="Arial" w:cs="Arial"/>
          <w:sz w:val="24"/>
          <w:rtl/>
          <w:szCs w:val="24"/>
        </w:rPr>
        <w:t>• התלמיד כותב הודעה</w:t>
      </w:r>
    </w:p>
    <w:p>
      <w:pPr>
        <w:bidi/>
        <w:jc w:val="right"/>
      </w:pPr>
      <w:r>
        <w:rPr>
          <w:rFonts w:ascii="Arial" w:hAnsi="Arial" w:cs="Arial"/>
          <w:sz w:val="24"/>
          <w:rtl/>
          <w:szCs w:val="24"/>
        </w:rPr>
        <w:t>• ההודעה עוברת בכבל מתחת לים</w:t>
      </w:r>
    </w:p>
    <w:p>
      <w:pPr>
        <w:bidi/>
        <w:jc w:val="right"/>
      </w:pPr>
      <w:r>
        <w:rPr>
          <w:rFonts w:ascii="Arial" w:hAnsi="Arial" w:cs="Arial"/>
          <w:sz w:val="24"/>
          <w:rtl/>
          <w:szCs w:val="24"/>
        </w:rPr>
        <w:t>• ההודעה מגיעה לטלפון בחו״ל</w:t>
      </w:r>
    </w:p>
    <w:p>
      <w:pPr>
        <w:bidi/>
        <w:jc w:val="right"/>
      </w:pPr>
      <w:r>
        <w:rPr>
          <w:rFonts w:ascii="Arial" w:hAnsi="Arial" w:cs="Arial"/>
          <w:sz w:val="24"/>
          <w:rtl/>
          <w:szCs w:val="24"/>
        </w:rPr>
        <w:t>• החברה קוראת ועונה</w:t>
      </w:r>
    </w:p>
    <w:p>
      <w:pPr>
        <w:bidi/>
        <w:jc w:val="right"/>
      </w:pPr>
      <w:r>
        <w:rPr>
          <w:rFonts w:ascii="Arial" w:hAnsi="Arial" w:cs="Arial"/>
          <w:sz w:val="24"/>
          <w:rtl/>
          <w:szCs w:val="24"/>
        </w:rPr>
        <w:t>• תעלת סואץ מחברת שני ימים</w:t>
      </w:r>
    </w:p>
    <w:p>
      <w:pPr>
        <w:bidi/>
        <w:jc w:val="right"/>
      </w:pPr>
      <w:r>
        <w:rPr>
          <w:rFonts w:ascii="Arial" w:hAnsi="Arial" w:cs="Arial"/>
          <w:sz w:val="24"/>
          <w:rtl/>
          <w:szCs w:val="24"/>
        </w:rPr>
        <w:t>• גלובליזציה היא הדבר הכי טוב בעולם</w:t>
      </w:r>
    </w:p>
    <w:p>
      <w:pPr>
        <w:bidi/>
        <w:jc w:val="right"/>
      </w:pPr>
      <w:r>
        <w:rPr>
          <w:rFonts w:ascii="Arial" w:hAnsi="Arial" w:cs="Arial"/>
          <w:sz w:val="24"/>
          <w:rtl/>
          <w:szCs w:val="24"/>
        </w:rPr>
        <w:t>• אוניות מובילות מכולות</w:t>
      </w:r>
    </w:p>
    <w:p>
      <w:pPr>
        <w:bidi/>
        <w:jc w:val="right"/>
      </w:pPr>
      <w:r>
        <w:rPr>
          <w:rFonts w:ascii="Arial" w:hAnsi="Arial" w:cs="Arial"/>
          <w:sz w:val="24"/>
          <w:rtl/>
          <w:szCs w:val="24"/>
        </w:rPr>
        <w:t>• בגדים זולים יפים יותר</w:t>
      </w:r>
    </w:p>
    <w:p>
      <w:pPr>
        <w:bidi/>
        <w:jc w:val="right"/>
      </w:pPr>
      <w:r>
        <w:rPr>
          <w:rFonts w:ascii="Arial" w:hAnsi="Arial" w:cs="Arial"/>
          <w:sz w:val="24"/>
          <w:rtl/>
          <w:szCs w:val="24"/>
        </w:rPr>
        <w:t>• האינטרנט מחבר בין יבשות</w:t>
      </w:r>
    </w:p>
    <w:p>
      <w:pPr>
        <w:bidi/>
        <w:jc w:val="right"/>
      </w:pPr>
      <w:r>
        <w:rPr>
          <w:rFonts w:ascii="Arial" w:hAnsi="Arial" w:cs="Arial"/>
          <w:sz w:val="24"/>
          <w:rtl/>
          <w:szCs w:val="24"/>
        </w:rPr>
        <w:t>• צריך לקנות רק מוצרים מקומיים</w:t>
      </w:r>
    </w:p>
    <w:p>
      <w:pPr>
        <w:bidi/>
        <w:jc w:val="right"/>
      </w:pPr>
      <w:r>
        <w:rPr>
          <w:rFonts w:ascii="Arial" w:hAnsi="Arial" w:cs="Arial"/>
          <w:color w:val="888888"/>
          <w:sz w:val="22"/>
          <w:rtl/>
          <w:szCs w:val="22"/>
        </w:rPr>
        <w:t>✂ - - - - - - - - - - - - - - - - - - - - - - - - - - - - - - - -</w:t>
      </w:r>
    </w:p>
    <w:p>
      <w:r>
        <w:br w:type="page"/>
      </w:r>
    </w:p>
    <w:p>
      <w:pPr>
        <w:bidi/>
        <w:pStyle w:val="Heading1"/>
        <w:jc w:val="right"/>
      </w:pPr>
      <w:r>
        <w:rPr>
          <w:rFonts w:ascii="Arial" w:hAnsi="Arial" w:cs="Arial"/>
          <w:b/>
          <w:color w:val="4B2BA8"/>
          <w:sz w:val="40"/>
          <w:rtl/>
          <w:szCs w:val="40"/>
          <w:bCs/>
        </w:rPr>
        <w:t>חלק ג׳ – 🔮 🔮 המאכל של לנה</w:t>
      </w:r>
    </w:p>
    <w:p>
      <w:pPr>
        <w:bidi/>
        <w:jc w:val="right"/>
      </w:pPr>
      <w:r>
        <w:rPr>
          <w:rFonts w:ascii="Arial" w:hAnsi="Arial" w:cs="Arial"/>
          <w:color w:val="555577"/>
          <w:sz w:val="24"/>
          <w:rtl/>
          <w:szCs w:val="24"/>
        </w:rPr>
        <w:t>קראו כל קטע, הקיפו את הניבוי שלכם – ורק אז המורה תקרא את ההמשך.</w:t>
      </w:r>
    </w:p>
    <w:p>
      <w:pPr>
        <w:bidi/>
        <w:jc w:val="right"/>
      </w:pPr>
      <w:r>
        <w:rPr>
          <w:rFonts w:ascii="Arial" w:hAnsi="Arial" w:cs="Arial"/>
          <w:b/>
          <w:color w:val="6A3FD4"/>
          <w:sz w:val="26"/>
          <w:rtl/>
          <w:szCs w:val="26"/>
          <w:bCs/>
        </w:rPr>
        <w:t>▌ קטע 1</w:t>
      </w:r>
    </w:p>
    <w:p>
      <w:pPr>
        <w:bidi/>
        <w:jc w:val="right"/>
      </w:pPr>
      <w:r>
        <w:rPr>
          <w:rFonts w:ascii="Arial" w:hAnsi="Arial" w:cs="Arial"/>
          <w:sz w:val="24"/>
          <w:rtl/>
          <w:szCs w:val="24"/>
        </w:rPr>
        <w:t>לנה עלתה לארץ. היא אוהבת מאכל מהעיר שלה. היא מחפשת מוצרים בסופר.</w:t>
      </w:r>
    </w:p>
    <w:p>
      <w:pPr>
        <w:bidi/>
        <w:jc w:val="right"/>
      </w:pPr>
      <w:r>
        <w:rPr>
          <w:rFonts w:ascii="Arial" w:hAnsi="Arial" w:cs="Arial"/>
          <w:b/>
          <w:sz w:val="24"/>
          <w:rtl/>
          <w:szCs w:val="24"/>
          <w:bCs/>
        </w:rPr>
        <w:t>1. מה היא תמצא?</w:t>
      </w:r>
    </w:p>
    <w:p>
      <w:pPr>
        <w:bidi/>
        <w:jc w:val="right"/>
      </w:pPr>
      <w:r>
        <w:rPr>
          <w:rFonts w:ascii="Arial" w:hAnsi="Arial" w:cs="Arial"/>
          <w:sz w:val="24"/>
          <w:rtl/>
          <w:szCs w:val="24"/>
        </w:rPr>
        <w:t xml:space="preserve">   ◯ א. חלק מהמוצרים</w:t>
      </w:r>
    </w:p>
    <w:p>
      <w:pPr>
        <w:bidi/>
        <w:jc w:val="right"/>
      </w:pPr>
      <w:r>
        <w:rPr>
          <w:rFonts w:ascii="Arial" w:hAnsi="Arial" w:cs="Arial"/>
          <w:sz w:val="24"/>
          <w:rtl/>
          <w:szCs w:val="24"/>
        </w:rPr>
        <w:t xml:space="preserve">   ◯ ב. שום דבר</w:t>
      </w:r>
    </w:p>
    <w:p>
      <w:pPr>
        <w:bidi/>
        <w:jc w:val="right"/>
      </w:pPr>
      <w:r>
        <w:rPr>
          <w:rFonts w:ascii="Arial" w:hAnsi="Arial" w:cs="Arial"/>
          <w:sz w:val="24"/>
          <w:rtl/>
          <w:szCs w:val="24"/>
        </w:rPr>
        <w:t xml:space="preserve">   ◯ ג. רק מוצרים מישראל</w:t>
      </w:r>
    </w:p>
    <w:p>
      <w:pPr>
        <w:bidi/>
        <w:jc w:val="right"/>
      </w:pPr>
      <w:r>
        <w:rPr>
          <w:rFonts w:ascii="Arial" w:hAnsi="Arial" w:cs="Arial"/>
          <w:sz w:val="24"/>
          <w:rtl/>
          <w:szCs w:val="24"/>
        </w:rPr>
        <w:t>מה קרה באמת? ____________________________</w:t>
      </w:r>
    </w:p>
    <w:p>
      <w:pPr>
        <w:bidi/>
        <w:jc w:val="right"/>
      </w:pPr>
      <w:r>
        <w:rPr>
          <w:rFonts w:ascii="Arial" w:hAnsi="Arial" w:cs="Arial"/>
          <w:b/>
          <w:color w:val="6A3FD4"/>
          <w:sz w:val="26"/>
          <w:rtl/>
          <w:szCs w:val="26"/>
          <w:bCs/>
        </w:rPr>
        <w:t>▌ קטע 2</w:t>
      </w:r>
    </w:p>
    <w:p>
      <w:pPr>
        <w:bidi/>
        <w:jc w:val="right"/>
      </w:pPr>
      <w:r>
        <w:rPr>
          <w:rFonts w:ascii="Arial" w:hAnsi="Arial" w:cs="Arial"/>
          <w:sz w:val="24"/>
          <w:rtl/>
          <w:szCs w:val="24"/>
        </w:rPr>
        <w:t>לנה מבשלת לחברים בכיתה. הם לא מכירים את המאכל.</w:t>
      </w:r>
    </w:p>
    <w:p>
      <w:pPr>
        <w:bidi/>
        <w:jc w:val="right"/>
      </w:pPr>
      <w:r>
        <w:rPr>
          <w:rFonts w:ascii="Arial" w:hAnsi="Arial" w:cs="Arial"/>
          <w:b/>
          <w:sz w:val="24"/>
          <w:rtl/>
          <w:szCs w:val="24"/>
          <w:bCs/>
        </w:rPr>
        <w:t>2. מה הם יעשו?</w:t>
      </w:r>
    </w:p>
    <w:p>
      <w:pPr>
        <w:bidi/>
        <w:jc w:val="right"/>
      </w:pPr>
      <w:r>
        <w:rPr>
          <w:rFonts w:ascii="Arial" w:hAnsi="Arial" w:cs="Arial"/>
          <w:sz w:val="24"/>
          <w:rtl/>
          <w:szCs w:val="24"/>
        </w:rPr>
        <w:t xml:space="preserve">   ◯ א. לא יטעמו</w:t>
      </w:r>
    </w:p>
    <w:p>
      <w:pPr>
        <w:bidi/>
        <w:jc w:val="right"/>
      </w:pPr>
      <w:r>
        <w:rPr>
          <w:rFonts w:ascii="Arial" w:hAnsi="Arial" w:cs="Arial"/>
          <w:sz w:val="24"/>
          <w:rtl/>
          <w:szCs w:val="24"/>
        </w:rPr>
        <w:t xml:space="preserve">   ◯ ב. יטעמו וישאלו שאלות</w:t>
      </w:r>
    </w:p>
    <w:p>
      <w:pPr>
        <w:bidi/>
        <w:jc w:val="right"/>
      </w:pPr>
      <w:r>
        <w:rPr>
          <w:rFonts w:ascii="Arial" w:hAnsi="Arial" w:cs="Arial"/>
          <w:sz w:val="24"/>
          <w:rtl/>
          <w:szCs w:val="24"/>
        </w:rPr>
        <w:t xml:space="preserve">   ◯ ג. ילכו הביתה</w:t>
      </w:r>
    </w:p>
    <w:p>
      <w:pPr>
        <w:bidi/>
        <w:jc w:val="right"/>
      </w:pPr>
      <w:r>
        <w:rPr>
          <w:rFonts w:ascii="Arial" w:hAnsi="Arial" w:cs="Arial"/>
          <w:sz w:val="24"/>
          <w:rtl/>
          <w:szCs w:val="24"/>
        </w:rPr>
        <w:t>מה קרה באמת? ____________________________</w:t>
      </w:r>
    </w:p>
    <w:p>
      <w:pPr>
        <w:bidi/>
        <w:jc w:val="right"/>
      </w:pPr>
      <w:r>
        <w:rPr>
          <w:rFonts w:ascii="Arial" w:hAnsi="Arial" w:cs="Arial"/>
          <w:b/>
          <w:color w:val="6A3FD4"/>
          <w:sz w:val="26"/>
          <w:rtl/>
          <w:szCs w:val="26"/>
          <w:bCs/>
        </w:rPr>
        <w:t>▌ קטע 3</w:t>
      </w:r>
    </w:p>
    <w:p>
      <w:pPr>
        <w:bidi/>
        <w:jc w:val="right"/>
      </w:pPr>
      <w:r>
        <w:rPr>
          <w:rFonts w:ascii="Arial" w:hAnsi="Arial" w:cs="Arial"/>
          <w:sz w:val="24"/>
          <w:rtl/>
          <w:szCs w:val="24"/>
        </w:rPr>
        <w:t>חבר בכיתה שואל: את יכולה ללמד אותי לבשל את זה?</w:t>
      </w:r>
    </w:p>
    <w:p>
      <w:pPr>
        <w:bidi/>
        <w:jc w:val="right"/>
      </w:pPr>
      <w:r>
        <w:rPr>
          <w:rFonts w:ascii="Arial" w:hAnsi="Arial" w:cs="Arial"/>
          <w:b/>
          <w:sz w:val="24"/>
          <w:rtl/>
          <w:szCs w:val="24"/>
          <w:bCs/>
        </w:rPr>
        <w:t>3. מה לנה תענה?</w:t>
      </w:r>
    </w:p>
    <w:p>
      <w:pPr>
        <w:bidi/>
        <w:jc w:val="right"/>
      </w:pPr>
      <w:r>
        <w:rPr>
          <w:rFonts w:ascii="Arial" w:hAnsi="Arial" w:cs="Arial"/>
          <w:sz w:val="24"/>
          <w:rtl/>
          <w:szCs w:val="24"/>
        </w:rPr>
        <w:t xml:space="preserve">   ◯ א. לא, זה סוד</w:t>
      </w:r>
    </w:p>
    <w:p>
      <w:pPr>
        <w:bidi/>
        <w:jc w:val="right"/>
      </w:pPr>
      <w:r>
        <w:rPr>
          <w:rFonts w:ascii="Arial" w:hAnsi="Arial" w:cs="Arial"/>
          <w:sz w:val="24"/>
          <w:rtl/>
          <w:szCs w:val="24"/>
        </w:rPr>
        <w:t xml:space="preserve">   ◯ ב. אולי בשנה הבאה</w:t>
      </w:r>
    </w:p>
    <w:p>
      <w:pPr>
        <w:bidi/>
        <w:jc w:val="right"/>
      </w:pPr>
      <w:r>
        <w:rPr>
          <w:rFonts w:ascii="Arial" w:hAnsi="Arial" w:cs="Arial"/>
          <w:sz w:val="24"/>
          <w:rtl/>
          <w:szCs w:val="24"/>
        </w:rPr>
        <w:t xml:space="preserve">   ◯ ג. כן, בשמחה</w:t>
      </w:r>
    </w:p>
    <w:p>
      <w:pPr>
        <w:bidi/>
        <w:jc w:val="right"/>
      </w:pPr>
      <w:r>
        <w:rPr>
          <w:rFonts w:ascii="Arial" w:hAnsi="Arial" w:cs="Arial"/>
          <w:sz w:val="24"/>
          <w:rtl/>
          <w:szCs w:val="24"/>
        </w:rPr>
        <w:t>מה קרה באמת? ____________________________</w:t>
      </w:r>
    </w:p>
    <w:p>
      <w:pPr>
        <w:bidi/>
        <w:pStyle w:val="Heading2"/>
        <w:jc w:val="right"/>
      </w:pPr>
      <w:r>
        <w:rPr>
          <w:rFonts w:ascii="Arial" w:hAnsi="Arial" w:cs="Arial"/>
          <w:b/>
          <w:color w:val="6A3FD4"/>
          <w:sz w:val="32"/>
          <w:rtl/>
          <w:szCs w:val="32"/>
          <w:bCs/>
        </w:rPr>
        <w:t>🧩 🎯 יוצא דופן</w:t>
      </w:r>
    </w:p>
    <w:p>
      <w:pPr>
        <w:bidi/>
        <w:jc w:val="right"/>
      </w:pPr>
      <w:r>
        <w:rPr>
          <w:rFonts w:ascii="Arial" w:hAnsi="Arial" w:cs="Arial"/>
          <w:b/>
          <w:sz w:val="24"/>
          <w:rtl/>
          <w:szCs w:val="24"/>
          <w:bCs/>
        </w:rPr>
        <w:t>1. מי יוצא הדופן?</w:t>
      </w:r>
    </w:p>
    <w:p>
      <w:pPr>
        <w:bidi/>
        <w:jc w:val="right"/>
      </w:pPr>
      <w:r>
        <w:rPr>
          <w:rFonts w:ascii="Arial" w:hAnsi="Arial" w:cs="Arial"/>
          <w:sz w:val="24"/>
          <w:rtl/>
          <w:szCs w:val="24"/>
        </w:rPr>
        <w:t xml:space="preserve">   ◯ א. אונייה</w:t>
      </w:r>
    </w:p>
    <w:p>
      <w:pPr>
        <w:bidi/>
        <w:jc w:val="right"/>
      </w:pPr>
      <w:r>
        <w:rPr>
          <w:rFonts w:ascii="Arial" w:hAnsi="Arial" w:cs="Arial"/>
          <w:sz w:val="24"/>
          <w:rtl/>
          <w:szCs w:val="24"/>
        </w:rPr>
        <w:t xml:space="preserve">   ◯ ב. מכולה</w:t>
      </w:r>
    </w:p>
    <w:p>
      <w:pPr>
        <w:bidi/>
        <w:jc w:val="right"/>
      </w:pPr>
      <w:r>
        <w:rPr>
          <w:rFonts w:ascii="Arial" w:hAnsi="Arial" w:cs="Arial"/>
          <w:sz w:val="24"/>
          <w:rtl/>
          <w:szCs w:val="24"/>
        </w:rPr>
        <w:t xml:space="preserve">   ◯ ג. נמל</w:t>
      </w:r>
    </w:p>
    <w:p>
      <w:pPr>
        <w:bidi/>
        <w:jc w:val="right"/>
      </w:pPr>
      <w:r>
        <w:rPr>
          <w:rFonts w:ascii="Arial" w:hAnsi="Arial" w:cs="Arial"/>
          <w:sz w:val="24"/>
          <w:rtl/>
          <w:szCs w:val="24"/>
        </w:rPr>
        <w:t xml:space="preserve">   ◯ ד. ענן</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הוא לא קשור לסחר בים</w:t>
      </w:r>
    </w:p>
    <w:p>
      <w:pPr>
        <w:bidi/>
        <w:jc w:val="right"/>
      </w:pPr>
      <w:r>
        <w:rPr>
          <w:rFonts w:ascii="Arial" w:hAnsi="Arial" w:cs="Arial"/>
          <w:sz w:val="24"/>
          <w:rtl/>
          <w:szCs w:val="24"/>
        </w:rPr>
        <w:t xml:space="preserve">   ◯ ב. הוא כבד מאוד</w:t>
      </w:r>
    </w:p>
    <w:p>
      <w:pPr>
        <w:bidi/>
        <w:jc w:val="right"/>
      </w:pPr>
      <w:r>
        <w:rPr>
          <w:rFonts w:ascii="Arial" w:hAnsi="Arial" w:cs="Arial"/>
          <w:sz w:val="24"/>
          <w:rtl/>
          <w:szCs w:val="24"/>
        </w:rPr>
        <w:t xml:space="preserve">   ◯ ג. הוא עשוי מברזל</w:t>
      </w:r>
    </w:p>
    <w:p>
      <w:pPr>
        <w:bidi/>
        <w:jc w:val="right"/>
      </w:pPr>
      <w:r>
        <w:rPr>
          <w:rFonts w:ascii="Arial" w:hAnsi="Arial" w:cs="Arial"/>
          <w:b/>
          <w:sz w:val="24"/>
          <w:rtl/>
          <w:szCs w:val="24"/>
          <w:bCs/>
        </w:rPr>
        <w:t>2. מי יוצא הדופן?</w:t>
      </w:r>
    </w:p>
    <w:p>
      <w:pPr>
        <w:bidi/>
        <w:jc w:val="right"/>
      </w:pPr>
      <w:r>
        <w:rPr>
          <w:rFonts w:ascii="Arial" w:hAnsi="Arial" w:cs="Arial"/>
          <w:sz w:val="24"/>
          <w:rtl/>
          <w:szCs w:val="24"/>
        </w:rPr>
        <w:t xml:space="preserve">   ◯ א. אינטרנט</w:t>
      </w:r>
    </w:p>
    <w:p>
      <w:pPr>
        <w:bidi/>
        <w:jc w:val="right"/>
      </w:pPr>
      <w:r>
        <w:rPr>
          <w:rFonts w:ascii="Arial" w:hAnsi="Arial" w:cs="Arial"/>
          <w:sz w:val="24"/>
          <w:rtl/>
          <w:szCs w:val="24"/>
        </w:rPr>
        <w:t xml:space="preserve">   ◯ ב. טלפון</w:t>
      </w:r>
    </w:p>
    <w:p>
      <w:pPr>
        <w:bidi/>
        <w:jc w:val="right"/>
      </w:pPr>
      <w:r>
        <w:rPr>
          <w:rFonts w:ascii="Arial" w:hAnsi="Arial" w:cs="Arial"/>
          <w:sz w:val="24"/>
          <w:rtl/>
          <w:szCs w:val="24"/>
        </w:rPr>
        <w:t xml:space="preserve">   ◯ ג. מחשב</w:t>
      </w:r>
    </w:p>
    <w:p>
      <w:pPr>
        <w:bidi/>
        <w:jc w:val="right"/>
      </w:pPr>
      <w:r>
        <w:rPr>
          <w:rFonts w:ascii="Arial" w:hAnsi="Arial" w:cs="Arial"/>
          <w:sz w:val="24"/>
          <w:rtl/>
          <w:szCs w:val="24"/>
        </w:rPr>
        <w:t xml:space="preserve">   ◯ ד. מכתב בדואר</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הוא קטן</w:t>
      </w:r>
    </w:p>
    <w:p>
      <w:pPr>
        <w:bidi/>
        <w:jc w:val="right"/>
      </w:pPr>
      <w:r>
        <w:rPr>
          <w:rFonts w:ascii="Arial" w:hAnsi="Arial" w:cs="Arial"/>
          <w:sz w:val="24"/>
          <w:rtl/>
          <w:szCs w:val="24"/>
        </w:rPr>
        <w:t xml:space="preserve">   ◯ ב. הוא איטי – השאר מחברים מהר דרך רשת</w:t>
      </w:r>
    </w:p>
    <w:p>
      <w:pPr>
        <w:bidi/>
        <w:jc w:val="right"/>
      </w:pPr>
      <w:r>
        <w:rPr>
          <w:rFonts w:ascii="Arial" w:hAnsi="Arial" w:cs="Arial"/>
          <w:sz w:val="24"/>
          <w:rtl/>
          <w:szCs w:val="24"/>
        </w:rPr>
        <w:t xml:space="preserve">   ◯ ג. הוא חדש</w:t>
      </w:r>
    </w:p>
    <w:p>
      <w:pPr>
        <w:bidi/>
        <w:jc w:val="right"/>
      </w:pPr>
      <w:r>
        <w:rPr>
          <w:rFonts w:ascii="Arial" w:hAnsi="Arial" w:cs="Arial"/>
          <w:b/>
          <w:sz w:val="24"/>
          <w:rtl/>
          <w:szCs w:val="24"/>
          <w:bCs/>
        </w:rPr>
        <w:t>3. מי יוצא הדופן?</w:t>
      </w:r>
    </w:p>
    <w:p>
      <w:pPr>
        <w:bidi/>
        <w:jc w:val="right"/>
      </w:pPr>
      <w:r>
        <w:rPr>
          <w:rFonts w:ascii="Arial" w:hAnsi="Arial" w:cs="Arial"/>
          <w:sz w:val="24"/>
          <w:rtl/>
          <w:szCs w:val="24"/>
        </w:rPr>
        <w:t xml:space="preserve">   ◯ א. מפעל</w:t>
      </w:r>
    </w:p>
    <w:p>
      <w:pPr>
        <w:bidi/>
        <w:jc w:val="right"/>
      </w:pPr>
      <w:r>
        <w:rPr>
          <w:rFonts w:ascii="Arial" w:hAnsi="Arial" w:cs="Arial"/>
          <w:sz w:val="24"/>
          <w:rtl/>
          <w:szCs w:val="24"/>
        </w:rPr>
        <w:t xml:space="preserve">   ◯ ב. כותנה</w:t>
      </w:r>
    </w:p>
    <w:p>
      <w:pPr>
        <w:bidi/>
        <w:jc w:val="right"/>
      </w:pPr>
      <w:r>
        <w:rPr>
          <w:rFonts w:ascii="Arial" w:hAnsi="Arial" w:cs="Arial"/>
          <w:sz w:val="24"/>
          <w:rtl/>
          <w:szCs w:val="24"/>
        </w:rPr>
        <w:t xml:space="preserve">   ◯ ג. קפה</w:t>
      </w:r>
    </w:p>
    <w:p>
      <w:pPr>
        <w:bidi/>
        <w:jc w:val="right"/>
      </w:pPr>
      <w:r>
        <w:rPr>
          <w:rFonts w:ascii="Arial" w:hAnsi="Arial" w:cs="Arial"/>
          <w:sz w:val="24"/>
          <w:rtl/>
          <w:szCs w:val="24"/>
        </w:rPr>
        <w:t xml:space="preserve">   ◯ ד. אורז</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הוא קטן</w:t>
      </w:r>
    </w:p>
    <w:p>
      <w:pPr>
        <w:bidi/>
        <w:jc w:val="right"/>
      </w:pPr>
      <w:r>
        <w:rPr>
          <w:rFonts w:ascii="Arial" w:hAnsi="Arial" w:cs="Arial"/>
          <w:sz w:val="24"/>
          <w:rtl/>
          <w:szCs w:val="24"/>
        </w:rPr>
        <w:t xml:space="preserve">   ◯ ב. הוא באפריקה</w:t>
      </w:r>
    </w:p>
    <w:p>
      <w:pPr>
        <w:bidi/>
        <w:jc w:val="right"/>
      </w:pPr>
      <w:r>
        <w:rPr>
          <w:rFonts w:ascii="Arial" w:hAnsi="Arial" w:cs="Arial"/>
          <w:sz w:val="24"/>
          <w:rtl/>
          <w:szCs w:val="24"/>
        </w:rPr>
        <w:t xml:space="preserve">   ◯ ג. הוא לא צומח בשדה</w:t>
      </w:r>
    </w:p>
    <w:p>
      <w:pPr>
        <w:bidi/>
        <w:jc w:val="right"/>
      </w:pPr>
      <w:r>
        <w:rPr>
          <w:rFonts w:ascii="Arial" w:hAnsi="Arial" w:cs="Arial"/>
          <w:b/>
          <w:sz w:val="24"/>
          <w:rtl/>
          <w:szCs w:val="24"/>
          <w:bCs/>
        </w:rPr>
        <w:t>4. מי יוצא הדופן?</w:t>
      </w:r>
    </w:p>
    <w:p>
      <w:pPr>
        <w:bidi/>
        <w:jc w:val="right"/>
      </w:pPr>
      <w:r>
        <w:rPr>
          <w:rFonts w:ascii="Arial" w:hAnsi="Arial" w:cs="Arial"/>
          <w:sz w:val="24"/>
          <w:rtl/>
          <w:szCs w:val="24"/>
        </w:rPr>
        <w:t xml:space="preserve">   ◯ א. מוזיקה</w:t>
      </w:r>
    </w:p>
    <w:p>
      <w:pPr>
        <w:bidi/>
        <w:jc w:val="right"/>
      </w:pPr>
      <w:r>
        <w:rPr>
          <w:rFonts w:ascii="Arial" w:hAnsi="Arial" w:cs="Arial"/>
          <w:sz w:val="24"/>
          <w:rtl/>
          <w:szCs w:val="24"/>
        </w:rPr>
        <w:t xml:space="preserve">   ◯ ב. הר</w:t>
      </w:r>
    </w:p>
    <w:p>
      <w:pPr>
        <w:bidi/>
        <w:jc w:val="right"/>
      </w:pPr>
      <w:r>
        <w:rPr>
          <w:rFonts w:ascii="Arial" w:hAnsi="Arial" w:cs="Arial"/>
          <w:sz w:val="24"/>
          <w:rtl/>
          <w:szCs w:val="24"/>
        </w:rPr>
        <w:t xml:space="preserve">   ◯ ג. סרטים</w:t>
      </w:r>
    </w:p>
    <w:p>
      <w:pPr>
        <w:bidi/>
        <w:jc w:val="right"/>
      </w:pPr>
      <w:r>
        <w:rPr>
          <w:rFonts w:ascii="Arial" w:hAnsi="Arial" w:cs="Arial"/>
          <w:sz w:val="24"/>
          <w:rtl/>
          <w:szCs w:val="24"/>
        </w:rPr>
        <w:t xml:space="preserve">   ◯ ד. אוכל</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הוא בים</w:t>
      </w:r>
    </w:p>
    <w:p>
      <w:pPr>
        <w:bidi/>
        <w:jc w:val="right"/>
      </w:pPr>
      <w:r>
        <w:rPr>
          <w:rFonts w:ascii="Arial" w:hAnsi="Arial" w:cs="Arial"/>
          <w:sz w:val="24"/>
          <w:rtl/>
          <w:szCs w:val="24"/>
        </w:rPr>
        <w:t xml:space="preserve">   ◯ ב. הוא לא חלק מתרבות</w:t>
      </w:r>
    </w:p>
    <w:p>
      <w:pPr>
        <w:bidi/>
        <w:jc w:val="right"/>
      </w:pPr>
      <w:r>
        <w:rPr>
          <w:rFonts w:ascii="Arial" w:hAnsi="Arial" w:cs="Arial"/>
          <w:sz w:val="24"/>
          <w:rtl/>
          <w:szCs w:val="24"/>
        </w:rPr>
        <w:t xml:space="preserve">   ◯ ג. הוא באירופה</w:t>
      </w:r>
    </w:p>
    <w:p>
      <w:r>
        <w:br w:type="page"/>
      </w:r>
    </w:p>
    <w:p>
      <w:pPr>
        <w:bidi/>
        <w:pStyle w:val="Heading1"/>
        <w:jc w:val="right"/>
      </w:pPr>
      <w:r>
        <w:rPr>
          <w:rFonts w:ascii="Arial" w:hAnsi="Arial" w:cs="Arial"/>
          <w:b/>
          <w:color w:val="4B2BA8"/>
          <w:sz w:val="40"/>
          <w:rtl/>
          <w:szCs w:val="40"/>
          <w:bCs/>
        </w:rPr>
        <w:t>חלק ד׳ – 🏁 משחקי סיום</w:t>
      </w:r>
    </w:p>
    <w:p>
      <w:pPr>
        <w:bidi/>
        <w:pStyle w:val="Heading2"/>
        <w:jc w:val="right"/>
      </w:pPr>
      <w:r>
        <w:rPr>
          <w:rFonts w:ascii="Arial" w:hAnsi="Arial" w:cs="Arial"/>
          <w:b/>
          <w:color w:val="6A3FD4"/>
          <w:sz w:val="32"/>
          <w:rtl/>
          <w:szCs w:val="32"/>
          <w:bCs/>
        </w:rPr>
        <w:t>🏆 טריוויה</w:t>
      </w:r>
    </w:p>
    <w:p>
      <w:pPr>
        <w:bidi/>
        <w:jc w:val="right"/>
      </w:pPr>
      <w:r>
        <w:rPr>
          <w:rFonts w:ascii="Arial" w:hAnsi="Arial" w:cs="Arial"/>
          <w:b/>
          <w:sz w:val="24"/>
          <w:rtl/>
          <w:szCs w:val="24"/>
          <w:bCs/>
        </w:rPr>
        <w:t>1. מהו הרעיון המרכזי של הסיפור על יעל?</w:t>
      </w:r>
    </w:p>
    <w:p>
      <w:pPr>
        <w:bidi/>
        <w:jc w:val="right"/>
      </w:pPr>
      <w:r>
        <w:rPr>
          <w:rFonts w:ascii="Arial" w:hAnsi="Arial" w:cs="Arial"/>
          <w:sz w:val="24"/>
          <w:rtl/>
          <w:szCs w:val="24"/>
        </w:rPr>
        <w:t xml:space="preserve">   ◯ א. יעל לא אוהבת טלפונים</w:t>
      </w:r>
    </w:p>
    <w:p>
      <w:pPr>
        <w:bidi/>
        <w:jc w:val="right"/>
      </w:pPr>
      <w:r>
        <w:rPr>
          <w:rFonts w:ascii="Arial" w:hAnsi="Arial" w:cs="Arial"/>
          <w:sz w:val="24"/>
          <w:rtl/>
          <w:szCs w:val="24"/>
        </w:rPr>
        <w:t xml:space="preserve">   ◯ ב. הטלפון בא מהרבה מקומות בעולם</w:t>
      </w:r>
    </w:p>
    <w:p>
      <w:pPr>
        <w:bidi/>
        <w:jc w:val="right"/>
      </w:pPr>
      <w:r>
        <w:rPr>
          <w:rFonts w:ascii="Arial" w:hAnsi="Arial" w:cs="Arial"/>
          <w:sz w:val="24"/>
          <w:rtl/>
          <w:szCs w:val="24"/>
        </w:rPr>
        <w:t xml:space="preserve">   ◯ ג. החנות קטנה</w:t>
      </w:r>
    </w:p>
    <w:p>
      <w:pPr>
        <w:bidi/>
        <w:jc w:val="right"/>
      </w:pPr>
      <w:r>
        <w:rPr>
          <w:rFonts w:ascii="Arial" w:hAnsi="Arial" w:cs="Arial"/>
          <w:sz w:val="24"/>
          <w:rtl/>
          <w:szCs w:val="24"/>
        </w:rPr>
        <w:t xml:space="preserve">   ◯ ד. יעל גרה ליד הנמל</w:t>
      </w:r>
    </w:p>
    <w:p>
      <w:pPr>
        <w:bidi/>
        <w:jc w:val="right"/>
      </w:pPr>
      <w:r>
        <w:rPr>
          <w:rFonts w:ascii="Arial" w:hAnsi="Arial" w:cs="Arial"/>
          <w:b/>
          <w:sz w:val="24"/>
          <w:rtl/>
          <w:szCs w:val="24"/>
          <w:bCs/>
        </w:rPr>
        <w:t>2. מה תפקיד המשפט: ״יעל שאלה: מאיפה הטלפון בא?״</w:t>
      </w:r>
    </w:p>
    <w:p>
      <w:pPr>
        <w:bidi/>
        <w:jc w:val="right"/>
      </w:pPr>
      <w:r>
        <w:rPr>
          <w:rFonts w:ascii="Arial" w:hAnsi="Arial" w:cs="Arial"/>
          <w:sz w:val="24"/>
          <w:rtl/>
          <w:szCs w:val="24"/>
        </w:rPr>
        <w:t xml:space="preserve">   ◯ א. הוא סוגר את הסיפור</w:t>
      </w:r>
    </w:p>
    <w:p>
      <w:pPr>
        <w:bidi/>
        <w:jc w:val="right"/>
      </w:pPr>
      <w:r>
        <w:rPr>
          <w:rFonts w:ascii="Arial" w:hAnsi="Arial" w:cs="Arial"/>
          <w:sz w:val="24"/>
          <w:rtl/>
          <w:szCs w:val="24"/>
        </w:rPr>
        <w:t xml:space="preserve">   ◯ ב. הוא פותח את השאלה של הסיפור</w:t>
      </w:r>
    </w:p>
    <w:p>
      <w:pPr>
        <w:bidi/>
        <w:jc w:val="right"/>
      </w:pPr>
      <w:r>
        <w:rPr>
          <w:rFonts w:ascii="Arial" w:hAnsi="Arial" w:cs="Arial"/>
          <w:sz w:val="24"/>
          <w:rtl/>
          <w:szCs w:val="24"/>
        </w:rPr>
        <w:t xml:space="preserve">   ◯ ג. הוא מתאר את מזג האוויר</w:t>
      </w:r>
    </w:p>
    <w:p>
      <w:pPr>
        <w:bidi/>
        <w:jc w:val="right"/>
      </w:pPr>
      <w:r>
        <w:rPr>
          <w:rFonts w:ascii="Arial" w:hAnsi="Arial" w:cs="Arial"/>
          <w:sz w:val="24"/>
          <w:rtl/>
          <w:szCs w:val="24"/>
        </w:rPr>
        <w:t xml:space="preserve">   ◯ ד. הוא נותן מחיר</w:t>
      </w:r>
    </w:p>
    <w:p>
      <w:pPr>
        <w:bidi/>
        <w:jc w:val="right"/>
      </w:pPr>
      <w:r>
        <w:rPr>
          <w:rFonts w:ascii="Arial" w:hAnsi="Arial" w:cs="Arial"/>
          <w:b/>
          <w:sz w:val="24"/>
          <w:rtl/>
          <w:szCs w:val="24"/>
          <w:bCs/>
        </w:rPr>
        <w:t>3. מה קרה קודם?</w:t>
      </w:r>
    </w:p>
    <w:p>
      <w:pPr>
        <w:bidi/>
        <w:jc w:val="right"/>
      </w:pPr>
      <w:r>
        <w:rPr>
          <w:rFonts w:ascii="Arial" w:hAnsi="Arial" w:cs="Arial"/>
          <w:sz w:val="24"/>
          <w:rtl/>
          <w:szCs w:val="24"/>
        </w:rPr>
        <w:t xml:space="preserve">   ◯ א. הטלפון הגיע לחנות</w:t>
      </w:r>
    </w:p>
    <w:p>
      <w:pPr>
        <w:bidi/>
        <w:jc w:val="right"/>
      </w:pPr>
      <w:r>
        <w:rPr>
          <w:rFonts w:ascii="Arial" w:hAnsi="Arial" w:cs="Arial"/>
          <w:sz w:val="24"/>
          <w:rtl/>
          <w:szCs w:val="24"/>
        </w:rPr>
        <w:t xml:space="preserve">   ◯ ב. יעל קנתה את הטלפון</w:t>
      </w:r>
    </w:p>
    <w:p>
      <w:pPr>
        <w:bidi/>
        <w:jc w:val="right"/>
      </w:pPr>
      <w:r>
        <w:rPr>
          <w:rFonts w:ascii="Arial" w:hAnsi="Arial" w:cs="Arial"/>
          <w:sz w:val="24"/>
          <w:rtl/>
          <w:szCs w:val="24"/>
        </w:rPr>
        <w:t xml:space="preserve">   ◯ ג. ההרכבה במפעל</w:t>
      </w:r>
    </w:p>
    <w:p>
      <w:pPr>
        <w:bidi/>
        <w:jc w:val="right"/>
      </w:pPr>
      <w:r>
        <w:rPr>
          <w:rFonts w:ascii="Arial" w:hAnsi="Arial" w:cs="Arial"/>
          <w:sz w:val="24"/>
          <w:rtl/>
          <w:szCs w:val="24"/>
        </w:rPr>
        <w:t xml:space="preserve">   ◯ ד. יעל שאלה שאלה</w:t>
      </w:r>
    </w:p>
    <w:p>
      <w:pPr>
        <w:bidi/>
        <w:jc w:val="right"/>
      </w:pPr>
      <w:r>
        <w:rPr>
          <w:rFonts w:ascii="Arial" w:hAnsi="Arial" w:cs="Arial"/>
          <w:b/>
          <w:sz w:val="24"/>
          <w:rtl/>
          <w:szCs w:val="24"/>
          <w:bCs/>
        </w:rPr>
        <w:t>4. מה יעל מבינה בסוף?</w:t>
      </w:r>
    </w:p>
    <w:p>
      <w:pPr>
        <w:bidi/>
        <w:jc w:val="right"/>
      </w:pPr>
      <w:r>
        <w:rPr>
          <w:rFonts w:ascii="Arial" w:hAnsi="Arial" w:cs="Arial"/>
          <w:sz w:val="24"/>
          <w:rtl/>
          <w:szCs w:val="24"/>
        </w:rPr>
        <w:t xml:space="preserve">   ◯ א. שהטלפון זול</w:t>
      </w:r>
    </w:p>
    <w:p>
      <w:pPr>
        <w:bidi/>
        <w:jc w:val="right"/>
      </w:pPr>
      <w:r>
        <w:rPr>
          <w:rFonts w:ascii="Arial" w:hAnsi="Arial" w:cs="Arial"/>
          <w:sz w:val="24"/>
          <w:rtl/>
          <w:szCs w:val="24"/>
        </w:rPr>
        <w:t xml:space="preserve">   ◯ ב. שהיא צריכה טלפון נוסף</w:t>
      </w:r>
    </w:p>
    <w:p>
      <w:pPr>
        <w:bidi/>
        <w:jc w:val="right"/>
      </w:pPr>
      <w:r>
        <w:rPr>
          <w:rFonts w:ascii="Arial" w:hAnsi="Arial" w:cs="Arial"/>
          <w:sz w:val="24"/>
          <w:rtl/>
          <w:szCs w:val="24"/>
        </w:rPr>
        <w:t xml:space="preserve">   ◯ ג. שהחנות סגורה</w:t>
      </w:r>
    </w:p>
    <w:p>
      <w:pPr>
        <w:bidi/>
        <w:jc w:val="right"/>
      </w:pPr>
      <w:r>
        <w:rPr>
          <w:rFonts w:ascii="Arial" w:hAnsi="Arial" w:cs="Arial"/>
          <w:sz w:val="24"/>
          <w:rtl/>
          <w:szCs w:val="24"/>
        </w:rPr>
        <w:t xml:space="preserve">   ◯ ד. שבידה יש חלק מכל העולם</w:t>
      </w:r>
    </w:p>
    <w:p>
      <w:pPr>
        <w:bidi/>
        <w:jc w:val="right"/>
      </w:pPr>
      <w:r>
        <w:rPr>
          <w:rFonts w:ascii="Arial" w:hAnsi="Arial" w:cs="Arial"/>
          <w:b/>
          <w:sz w:val="24"/>
          <w:rtl/>
          <w:szCs w:val="24"/>
          <w:bCs/>
        </w:rPr>
        <w:t>5. מה תפקיד המשפט האחרון בסיפור?</w:t>
      </w:r>
    </w:p>
    <w:p>
      <w:pPr>
        <w:bidi/>
        <w:jc w:val="right"/>
      </w:pPr>
      <w:r>
        <w:rPr>
          <w:rFonts w:ascii="Arial" w:hAnsi="Arial" w:cs="Arial"/>
          <w:sz w:val="24"/>
          <w:rtl/>
          <w:szCs w:val="24"/>
        </w:rPr>
        <w:t xml:space="preserve">   ◯ א. הוא מסכם את הרעיון</w:t>
      </w:r>
    </w:p>
    <w:p>
      <w:pPr>
        <w:bidi/>
        <w:jc w:val="right"/>
      </w:pPr>
      <w:r>
        <w:rPr>
          <w:rFonts w:ascii="Arial" w:hAnsi="Arial" w:cs="Arial"/>
          <w:sz w:val="24"/>
          <w:rtl/>
          <w:szCs w:val="24"/>
        </w:rPr>
        <w:t xml:space="preserve">   ◯ ב. הוא מוסיף דמות חדשה</w:t>
      </w:r>
    </w:p>
    <w:p>
      <w:pPr>
        <w:bidi/>
        <w:jc w:val="right"/>
      </w:pPr>
      <w:r>
        <w:rPr>
          <w:rFonts w:ascii="Arial" w:hAnsi="Arial" w:cs="Arial"/>
          <w:sz w:val="24"/>
          <w:rtl/>
          <w:szCs w:val="24"/>
        </w:rPr>
        <w:t xml:space="preserve">   ◯ ג. הוא מתאר את המפעל</w:t>
      </w:r>
    </w:p>
    <w:p>
      <w:pPr>
        <w:bidi/>
        <w:jc w:val="right"/>
      </w:pPr>
      <w:r>
        <w:rPr>
          <w:rFonts w:ascii="Arial" w:hAnsi="Arial" w:cs="Arial"/>
          <w:sz w:val="24"/>
          <w:rtl/>
          <w:szCs w:val="24"/>
        </w:rPr>
        <w:t xml:space="preserve">   ◯ ד. הוא שואל שאלה</w:t>
      </w:r>
    </w:p>
    <w:p>
      <w:pPr>
        <w:bidi/>
        <w:pStyle w:val="Heading2"/>
        <w:jc w:val="right"/>
      </w:pPr>
      <w:r>
        <w:rPr>
          <w:rFonts w:ascii="Arial" w:hAnsi="Arial" w:cs="Arial"/>
          <w:b/>
          <w:color w:val="6A3FD4"/>
          <w:sz w:val="32"/>
          <w:rtl/>
          <w:szCs w:val="32"/>
          <w:bCs/>
        </w:rPr>
        <w:t>⚡ נכון / לא נכון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היגד</w:t>
            </w:r>
          </w:p>
        </w:tc>
        <w:tc>
          <w:tcPr>
            <w:tcW w:type="dxa" w:w="3475"/>
            <w:shd w:val="clear" w:fill="E5DBFF"/>
          </w:tcPr>
          <w:p>
            <w:pPr>
              <w:bidi/>
              <w:jc w:val="right"/>
            </w:pPr>
            <w:r>
              <w:rPr>
                <w:rFonts w:ascii="Arial" w:hAnsi="Arial" w:cs="Arial"/>
                <w:b/>
                <w:sz w:val="22"/>
                <w:rtl/>
                <w:szCs w:val="22"/>
                <w:bCs/>
              </w:rPr>
              <w:t>נכון</w:t>
            </w:r>
          </w:p>
        </w:tc>
        <w:tc>
          <w:tcPr>
            <w:tcW w:type="dxa" w:w="3475"/>
            <w:shd w:val="clear" w:fill="E5DBFF"/>
          </w:tcPr>
          <w:p>
            <w:pPr>
              <w:bidi/>
              <w:jc w:val="right"/>
            </w:pPr>
            <w:r>
              <w:rPr>
                <w:rFonts w:ascii="Arial" w:hAnsi="Arial" w:cs="Arial"/>
                <w:b/>
                <w:sz w:val="22"/>
                <w:rtl/>
                <w:szCs w:val="22"/>
                <w:bCs/>
              </w:rPr>
              <w:t>לא נכון</w:t>
            </w:r>
          </w:p>
        </w:tc>
      </w:tr>
      <w:tr>
        <w:tc>
          <w:tcPr>
            <w:tcW w:type="dxa" w:w="3475"/>
          </w:tcPr>
          <w:p>
            <w:pPr>
              <w:bidi/>
              <w:jc w:val="right"/>
            </w:pPr>
            <w:r>
              <w:rPr>
                <w:rFonts w:ascii="Arial" w:hAnsi="Arial" w:cs="Arial"/>
                <w:sz w:val="22"/>
                <w:rtl/>
                <w:szCs w:val="22"/>
              </w:rPr>
              <w:t>מכולה יכולה לנסוע באונייה וגם ברכבת.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כל חלקי הטלפון של יעל באו מארץ אחת.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נמל נמצא על חוף הים.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צרכן הוא אדם שבונה אוניות.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אפשר לדבר עם משפחה רחוקה ברשת.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מטוס זול יותר מאונייה.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בחנות יש מוצרים מארצות רבות.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לגלובליזציה אין חסרונות.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6A3FD4"/>
          <w:sz w:val="32"/>
          <w:rtl/>
          <w:szCs w:val="32"/>
          <w:bCs/>
        </w:rPr>
        <w:t>🧱 מחסן מילים</w:t>
      </w:r>
    </w:p>
    <w:p>
      <w:pPr>
        <w:bidi/>
        <w:jc w:val="right"/>
      </w:pPr>
      <w:r>
        <w:rPr>
          <w:rFonts w:ascii="Arial" w:hAnsi="Arial" w:cs="Arial"/>
          <w:sz w:val="24"/>
          <w:rtl/>
          <w:szCs w:val="24"/>
        </w:rPr>
        <w:t>מחסן: וגם · קודם · אחר כך · כי · אבל</w:t>
      </w:r>
    </w:p>
    <w:p>
      <w:pPr>
        <w:bidi/>
        <w:jc w:val="right"/>
      </w:pPr>
      <w:r>
        <w:rPr>
          <w:rFonts w:ascii="Arial" w:hAnsi="Arial" w:cs="Arial"/>
          <w:b/>
          <w:color w:val="6A3FD4"/>
          <w:sz w:val="26"/>
          <w:rtl/>
          <w:szCs w:val="26"/>
          <w:bCs/>
        </w:rPr>
        <w:t>▌ השלימו</w:t>
      </w:r>
    </w:p>
    <w:p>
      <w:pPr>
        <w:bidi/>
        <w:jc w:val="right"/>
      </w:pPr>
      <w:r>
        <w:rPr>
          <w:rFonts w:ascii="Arial" w:hAnsi="Arial" w:cs="Arial"/>
          <w:sz w:val="24"/>
          <w:rtl/>
          <w:szCs w:val="24"/>
        </w:rPr>
        <w:t>יעל קנתה טלפון. (1)________ החלקים נוצרו בארצות שונות. (2)________ הטלפון הגיע לחנות. יעל שמחה, (3)________ הטלפון טוב. הטלפון יקר, (4)________ הוא מועיל.</w:t>
      </w:r>
    </w:p>
    <w:p>
      <w:pPr>
        <w:bidi/>
        <w:pStyle w:val="Heading2"/>
        <w:jc w:val="right"/>
      </w:pPr>
      <w:r>
        <w:rPr>
          <w:rFonts w:ascii="Arial" w:hAnsi="Arial" w:cs="Arial"/>
          <w:b/>
          <w:color w:val="6A3FD4"/>
          <w:sz w:val="32"/>
          <w:rtl/>
          <w:szCs w:val="32"/>
          <w:bCs/>
        </w:rPr>
        <w:t>🔎 בלש הניסוח</w:t>
      </w:r>
    </w:p>
    <w:p>
      <w:pPr>
        <w:bidi/>
        <w:jc w:val="right"/>
      </w:pPr>
      <w:r>
        <w:rPr>
          <w:rFonts w:ascii="Arial" w:hAnsi="Arial" w:cs="Arial"/>
          <w:sz w:val="24"/>
          <w:rtl/>
          <w:szCs w:val="24"/>
        </w:rPr>
        <w:t>בטקסט 3 שגיאות. הקיפו אותן וכתבו תיקון:</w:t>
      </w:r>
    </w:p>
    <w:p>
      <w:pPr>
        <w:bidi/>
        <w:jc w:val="right"/>
      </w:pPr>
      <w:r>
        <w:rPr>
          <w:rFonts w:ascii="Arial" w:hAnsi="Arial" w:cs="Arial"/>
          <w:b/>
          <w:color w:val="6A3FD4"/>
          <w:sz w:val="26"/>
          <w:rtl/>
          <w:szCs w:val="26"/>
          <w:bCs/>
        </w:rPr>
        <w:t>▌ הטקסט</w:t>
      </w:r>
    </w:p>
    <w:p>
      <w:pPr>
        <w:bidi/>
        <w:jc w:val="right"/>
      </w:pPr>
      <w:r>
        <w:rPr>
          <w:rFonts w:ascii="Arial" w:hAnsi="Arial" w:cs="Arial"/>
          <w:sz w:val="24"/>
          <w:rtl/>
          <w:szCs w:val="24"/>
        </w:rPr>
        <w:t>יעל הלכה ל-החנות. היא ראתה שלושה טלפונים חדשות. היא קנתה טלפון אחת.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קלפי זיכרון – גזרו והתאימו מושג להגדרה</w:t>
      </w:r>
    </w:p>
    <w:tbl>
      <w:tblPr>
        <w:tblW w:type="auto" w:w="0"/>
        <w:tblLook w:firstColumn="1" w:firstRow="1" w:lastColumn="0" w:lastRow="0" w:noHBand="0" w:noVBand="1" w:val="04A0"/>
        <w:bidiVisual/>
        <w:tblBorders>
          <w:top w:val="dashed" w:sz="8" w:color="888888"/>
          <w:left w:val="dashed" w:sz="8" w:color="888888"/>
          <w:bottom w:val="dashed" w:sz="8" w:color="888888"/>
          <w:right w:val="dashed" w:sz="8" w:color="888888"/>
          <w:insideH w:val="dashed" w:sz="8" w:color="888888"/>
          <w:insideV w:val="dashed" w:sz="8" w:color="888888"/>
        </w:tblBorders>
      </w:tblPr>
      <w:tblGrid>
        <w:gridCol w:w="3475"/>
        <w:gridCol w:w="3475"/>
        <w:gridCol w:w="3475"/>
      </w:tblGrid>
      <w:tr>
        <w:tc>
          <w:tcPr>
            <w:tcW w:type="dxa" w:w="3213"/>
          </w:tcPr>
          <w:p>
            <w:pPr>
              <w:bidi/>
              <w:jc w:val="center"/>
            </w:pPr>
            <w:r>
              <w:rPr>
                <w:rFonts w:ascii="Arial" w:hAnsi="Arial" w:cs="Arial"/>
                <w:sz w:val="44"/>
                <w:rtl/>
                <w:szCs w:val="44"/>
              </w:rPr>
              <w:t>🌐</w:t>
            </w:r>
          </w:p>
          <w:p>
            <w:pPr>
              <w:bidi/>
              <w:jc w:val="center"/>
            </w:pPr>
            <w:r>
              <w:rPr>
                <w:rFonts w:ascii="Arial" w:hAnsi="Arial" w:cs="Arial"/>
                <w:b/>
                <w:color w:val="E8590C"/>
                <w:sz w:val="24"/>
                <w:rtl/>
                <w:szCs w:val="24"/>
                <w:bCs/>
              </w:rPr>
              <w:t>גלובליזציה</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7048E8"/>
                <w:sz w:val="24"/>
                <w:rtl/>
                <w:szCs w:val="24"/>
                <w:bCs/>
              </w:rPr>
              <w:t>כפר עולמי</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1C7ED6"/>
                <w:sz w:val="24"/>
                <w:rtl/>
                <w:szCs w:val="24"/>
                <w:bCs/>
              </w:rPr>
              <w:t>מכולה</w:t>
            </w:r>
          </w:p>
          <w:p>
            <w:pPr>
              <w:bidi/>
              <w:jc w:val="center"/>
            </w:pPr>
            <w:r>
              <w:rPr>
                <w:rFonts w:ascii="Arial" w:hAnsi="Arial" w:cs="Arial"/>
                <w:sz w:val="19"/>
                <w:rtl/>
                <w:szCs w:val="19"/>
              </w:rPr>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2B8A3E"/>
                <w:sz w:val="24"/>
                <w:rtl/>
                <w:szCs w:val="24"/>
                <w:bCs/>
              </w:rPr>
              <w:t>נמל</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C2255C"/>
                <w:sz w:val="24"/>
                <w:rtl/>
                <w:szCs w:val="24"/>
                <w:bCs/>
              </w:rPr>
              <w:t>מפעל</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F08C00"/>
                <w:sz w:val="24"/>
                <w:rtl/>
                <w:szCs w:val="24"/>
                <w:bCs/>
              </w:rPr>
              <w:t>סחורה</w:t>
            </w:r>
          </w:p>
          <w:p>
            <w:pPr>
              <w:bidi/>
              <w:jc w:val="center"/>
            </w:pPr>
            <w:r>
              <w:rPr>
                <w:rFonts w:ascii="Arial" w:hAnsi="Arial" w:cs="Arial"/>
                <w:sz w:val="19"/>
                <w:rtl/>
                <w:szCs w:val="19"/>
              </w:rPr>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מדינות בעולם קשורות זו לזו.</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העולם קרוב, כמו כפר אחד.</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ארגז מתכת גדול לסחורה.</w:t>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מקום בחוף הים לאוניות.</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מקום שעושים בו מוצרים.</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דברים שקונים ומוכרים.</w:t>
            </w:r>
          </w:p>
        </w:tc>
      </w:tr>
    </w:tbl>
    <w:p>
      <w:pPr>
        <w:bidi/>
        <w:jc w:val="right"/>
      </w:pPr>
    </w:p>
    <w:p>
      <w:pPr>
        <w:bidi/>
        <w:jc w:val="right"/>
      </w:pPr>
      <w:r>
        <w:rPr>
          <w:rFonts w:ascii="Arial" w:hAnsi="Arial" w:cs="Arial"/>
          <w:color w:val="888888"/>
          <w:sz w:val="22"/>
          <w:rtl/>
          <w:szCs w:val="22"/>
        </w:rPr>
        <w:t>✂ - - - - - - - - - - - - - - - - - - - - - - - - - - - - - - - -</w:t>
      </w:r>
    </w:p>
    <w:p>
      <w:pPr>
        <w:bidi/>
        <w:pStyle w:val="Heading2"/>
        <w:jc w:val="right"/>
      </w:pPr>
      <w:r>
        <w:rPr>
          <w:rFonts w:ascii="Arial" w:hAnsi="Arial" w:cs="Arial"/>
          <w:b/>
          <w:color w:val="6A3FD4"/>
          <w:sz w:val="32"/>
          <w:rtl/>
          <w:szCs w:val="32"/>
          <w:bCs/>
        </w:rPr>
        <w:t>🌍 מילון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עברית</w:t>
            </w:r>
          </w:p>
        </w:tc>
        <w:tc>
          <w:tcPr>
            <w:tcW w:type="dxa" w:w="2606"/>
            <w:shd w:val="clear" w:fill="E5DBFF"/>
          </w:tcPr>
          <w:p>
            <w:pPr>
              <w:bidi/>
              <w:jc w:val="right"/>
            </w:pPr>
            <w:r>
              <w:rPr>
                <w:rFonts w:ascii="Arial" w:hAnsi="Arial" w:cs="Arial"/>
                <w:b/>
                <w:sz w:val="22"/>
                <w:rtl/>
                <w:szCs w:val="22"/>
                <w:bCs/>
              </w:rPr>
              <w:t>English</w:t>
            </w:r>
          </w:p>
        </w:tc>
        <w:tc>
          <w:tcPr>
            <w:tcW w:type="dxa" w:w="2606"/>
            <w:shd w:val="clear" w:fill="E5DBFF"/>
          </w:tcPr>
          <w:p>
            <w:pPr>
              <w:bidi/>
              <w:jc w:val="right"/>
            </w:pPr>
            <w:r>
              <w:rPr>
                <w:rFonts w:ascii="Arial" w:hAnsi="Arial" w:cs="Arial"/>
                <w:b/>
                <w:sz w:val="22"/>
                <w:rtl/>
                <w:szCs w:val="22"/>
                <w:bCs/>
              </w:rPr>
              <w:t>Русский</w:t>
            </w:r>
          </w:p>
        </w:tc>
        <w:tc>
          <w:tcPr>
            <w:tcW w:type="dxa" w:w="2606"/>
            <w:shd w:val="clear" w:fill="E5DBFF"/>
          </w:tcPr>
          <w:p>
            <w:pPr>
              <w:bidi/>
              <w:jc w:val="right"/>
            </w:pPr>
            <w:r>
              <w:rPr>
                <w:rFonts w:ascii="Arial" w:hAnsi="Arial" w:cs="Arial"/>
                <w:b/>
                <w:sz w:val="22"/>
                <w:rtl/>
                <w:szCs w:val="22"/>
                <w:bCs/>
              </w:rPr>
              <w:t>العربية</w:t>
            </w:r>
          </w:p>
        </w:tc>
      </w:tr>
      <w:tr>
        <w:tc>
          <w:tcPr>
            <w:tcW w:type="dxa" w:w="2606"/>
          </w:tcPr>
          <w:p>
            <w:pPr>
              <w:bidi/>
              <w:jc w:val="right"/>
            </w:pPr>
            <w:r>
              <w:rPr>
                <w:rFonts w:ascii="Arial" w:hAnsi="Arial" w:cs="Arial"/>
                <w:sz w:val="22"/>
                <w:rtl/>
                <w:szCs w:val="22"/>
              </w:rPr>
              <w:t>מפעל</w:t>
            </w:r>
          </w:p>
        </w:tc>
        <w:tc>
          <w:tcPr>
            <w:tcW w:type="dxa" w:w="2606"/>
          </w:tcPr>
          <w:p>
            <w:pPr>
              <w:bidi/>
              <w:jc w:val="right"/>
            </w:pPr>
            <w:r>
              <w:rPr>
                <w:rFonts w:ascii="Arial" w:hAnsi="Arial" w:cs="Arial"/>
                <w:sz w:val="22"/>
                <w:rtl/>
                <w:szCs w:val="22"/>
              </w:rPr>
              <w:t>factory</w:t>
            </w:r>
          </w:p>
        </w:tc>
        <w:tc>
          <w:tcPr>
            <w:tcW w:type="dxa" w:w="2606"/>
          </w:tcPr>
          <w:p>
            <w:pPr>
              <w:bidi/>
              <w:jc w:val="right"/>
            </w:pPr>
            <w:r>
              <w:rPr>
                <w:rFonts w:ascii="Arial" w:hAnsi="Arial" w:cs="Arial"/>
                <w:sz w:val="22"/>
                <w:rtl/>
                <w:szCs w:val="22"/>
              </w:rPr>
              <w:t>завод</w:t>
            </w:r>
          </w:p>
        </w:tc>
        <w:tc>
          <w:tcPr>
            <w:tcW w:type="dxa" w:w="2606"/>
          </w:tcPr>
          <w:p>
            <w:pPr>
              <w:bidi/>
              <w:jc w:val="right"/>
            </w:pPr>
            <w:r>
              <w:rPr>
                <w:rFonts w:ascii="Arial" w:hAnsi="Arial" w:cs="Arial"/>
                <w:sz w:val="22"/>
                <w:rtl/>
                <w:szCs w:val="22"/>
              </w:rPr>
              <w:t>مصنع</w:t>
            </w:r>
          </w:p>
        </w:tc>
      </w:tr>
      <w:tr>
        <w:tc>
          <w:tcPr>
            <w:tcW w:type="dxa" w:w="2606"/>
          </w:tcPr>
          <w:p>
            <w:pPr>
              <w:bidi/>
              <w:jc w:val="right"/>
            </w:pPr>
            <w:r>
              <w:rPr>
                <w:rFonts w:ascii="Arial" w:hAnsi="Arial" w:cs="Arial"/>
                <w:sz w:val="22"/>
                <w:rtl/>
                <w:szCs w:val="22"/>
              </w:rPr>
              <w:t>עובדים</w:t>
            </w:r>
          </w:p>
        </w:tc>
        <w:tc>
          <w:tcPr>
            <w:tcW w:type="dxa" w:w="2606"/>
          </w:tcPr>
          <w:p>
            <w:pPr>
              <w:bidi/>
              <w:jc w:val="right"/>
            </w:pPr>
            <w:r>
              <w:rPr>
                <w:rFonts w:ascii="Arial" w:hAnsi="Arial" w:cs="Arial"/>
                <w:sz w:val="22"/>
                <w:rtl/>
                <w:szCs w:val="22"/>
              </w:rPr>
              <w:t>workers</w:t>
            </w:r>
          </w:p>
        </w:tc>
        <w:tc>
          <w:tcPr>
            <w:tcW w:type="dxa" w:w="2606"/>
          </w:tcPr>
          <w:p>
            <w:pPr>
              <w:bidi/>
              <w:jc w:val="right"/>
            </w:pPr>
            <w:r>
              <w:rPr>
                <w:rFonts w:ascii="Arial" w:hAnsi="Arial" w:cs="Arial"/>
                <w:sz w:val="22"/>
                <w:rtl/>
                <w:szCs w:val="22"/>
              </w:rPr>
              <w:t>рабочие</w:t>
            </w:r>
          </w:p>
        </w:tc>
        <w:tc>
          <w:tcPr>
            <w:tcW w:type="dxa" w:w="2606"/>
          </w:tcPr>
          <w:p>
            <w:pPr>
              <w:bidi/>
              <w:jc w:val="right"/>
            </w:pPr>
            <w:r>
              <w:rPr>
                <w:rFonts w:ascii="Arial" w:hAnsi="Arial" w:cs="Arial"/>
                <w:sz w:val="22"/>
                <w:rtl/>
                <w:szCs w:val="22"/>
              </w:rPr>
              <w:t>عمّال</w:t>
            </w:r>
          </w:p>
        </w:tc>
      </w:tr>
      <w:tr>
        <w:tc>
          <w:tcPr>
            <w:tcW w:type="dxa" w:w="2606"/>
          </w:tcPr>
          <w:p>
            <w:pPr>
              <w:bidi/>
              <w:jc w:val="right"/>
            </w:pPr>
            <w:r>
              <w:rPr>
                <w:rFonts w:ascii="Arial" w:hAnsi="Arial" w:cs="Arial"/>
                <w:sz w:val="22"/>
                <w:rtl/>
                <w:szCs w:val="22"/>
              </w:rPr>
              <w:t>בד</w:t>
            </w:r>
          </w:p>
        </w:tc>
        <w:tc>
          <w:tcPr>
            <w:tcW w:type="dxa" w:w="2606"/>
          </w:tcPr>
          <w:p>
            <w:pPr>
              <w:bidi/>
              <w:jc w:val="right"/>
            </w:pPr>
            <w:r>
              <w:rPr>
                <w:rFonts w:ascii="Arial" w:hAnsi="Arial" w:cs="Arial"/>
                <w:sz w:val="22"/>
                <w:rtl/>
                <w:szCs w:val="22"/>
              </w:rPr>
              <w:t>fabric</w:t>
            </w:r>
          </w:p>
        </w:tc>
        <w:tc>
          <w:tcPr>
            <w:tcW w:type="dxa" w:w="2606"/>
          </w:tcPr>
          <w:p>
            <w:pPr>
              <w:bidi/>
              <w:jc w:val="right"/>
            </w:pPr>
            <w:r>
              <w:rPr>
                <w:rFonts w:ascii="Arial" w:hAnsi="Arial" w:cs="Arial"/>
                <w:sz w:val="22"/>
                <w:rtl/>
                <w:szCs w:val="22"/>
              </w:rPr>
              <w:t>ткань</w:t>
            </w:r>
          </w:p>
        </w:tc>
        <w:tc>
          <w:tcPr>
            <w:tcW w:type="dxa" w:w="2606"/>
          </w:tcPr>
          <w:p>
            <w:pPr>
              <w:bidi/>
              <w:jc w:val="right"/>
            </w:pPr>
            <w:r>
              <w:rPr>
                <w:rFonts w:ascii="Arial" w:hAnsi="Arial" w:cs="Arial"/>
                <w:sz w:val="22"/>
                <w:rtl/>
                <w:szCs w:val="22"/>
              </w:rPr>
              <w:t>قماش</w:t>
            </w:r>
          </w:p>
        </w:tc>
      </w:tr>
      <w:tr>
        <w:tc>
          <w:tcPr>
            <w:tcW w:type="dxa" w:w="2606"/>
          </w:tcPr>
          <w:p>
            <w:pPr>
              <w:bidi/>
              <w:jc w:val="right"/>
            </w:pPr>
            <w:r>
              <w:rPr>
                <w:rFonts w:ascii="Arial" w:hAnsi="Arial" w:cs="Arial"/>
                <w:sz w:val="22"/>
                <w:rtl/>
                <w:szCs w:val="22"/>
              </w:rPr>
              <w:t>אונייה</w:t>
            </w:r>
          </w:p>
        </w:tc>
        <w:tc>
          <w:tcPr>
            <w:tcW w:type="dxa" w:w="2606"/>
          </w:tcPr>
          <w:p>
            <w:pPr>
              <w:bidi/>
              <w:jc w:val="right"/>
            </w:pPr>
            <w:r>
              <w:rPr>
                <w:rFonts w:ascii="Arial" w:hAnsi="Arial" w:cs="Arial"/>
                <w:sz w:val="22"/>
                <w:rtl/>
                <w:szCs w:val="22"/>
              </w:rPr>
              <w:t>ship</w:t>
            </w:r>
          </w:p>
        </w:tc>
        <w:tc>
          <w:tcPr>
            <w:tcW w:type="dxa" w:w="2606"/>
          </w:tcPr>
          <w:p>
            <w:pPr>
              <w:bidi/>
              <w:jc w:val="right"/>
            </w:pPr>
            <w:r>
              <w:rPr>
                <w:rFonts w:ascii="Arial" w:hAnsi="Arial" w:cs="Arial"/>
                <w:sz w:val="22"/>
                <w:rtl/>
                <w:szCs w:val="22"/>
              </w:rPr>
              <w:t>корабль</w:t>
            </w:r>
          </w:p>
        </w:tc>
        <w:tc>
          <w:tcPr>
            <w:tcW w:type="dxa" w:w="2606"/>
          </w:tcPr>
          <w:p>
            <w:pPr>
              <w:bidi/>
              <w:jc w:val="right"/>
            </w:pPr>
            <w:r>
              <w:rPr>
                <w:rFonts w:ascii="Arial" w:hAnsi="Arial" w:cs="Arial"/>
                <w:sz w:val="22"/>
                <w:rtl/>
                <w:szCs w:val="22"/>
              </w:rPr>
              <w:t>سفينة</w:t>
            </w:r>
          </w:p>
        </w:tc>
      </w:tr>
      <w:tr>
        <w:tc>
          <w:tcPr>
            <w:tcW w:type="dxa" w:w="2606"/>
          </w:tcPr>
          <w:p>
            <w:pPr>
              <w:bidi/>
              <w:jc w:val="right"/>
            </w:pPr>
            <w:r>
              <w:rPr>
                <w:rFonts w:ascii="Arial" w:hAnsi="Arial" w:cs="Arial"/>
                <w:sz w:val="22"/>
                <w:rtl/>
                <w:szCs w:val="22"/>
              </w:rPr>
              <w:t>נמל</w:t>
            </w:r>
          </w:p>
        </w:tc>
        <w:tc>
          <w:tcPr>
            <w:tcW w:type="dxa" w:w="2606"/>
          </w:tcPr>
          <w:p>
            <w:pPr>
              <w:bidi/>
              <w:jc w:val="right"/>
            </w:pPr>
            <w:r>
              <w:rPr>
                <w:rFonts w:ascii="Arial" w:hAnsi="Arial" w:cs="Arial"/>
                <w:sz w:val="22"/>
                <w:rtl/>
                <w:szCs w:val="22"/>
              </w:rPr>
              <w:t>port</w:t>
            </w:r>
          </w:p>
        </w:tc>
        <w:tc>
          <w:tcPr>
            <w:tcW w:type="dxa" w:w="2606"/>
          </w:tcPr>
          <w:p>
            <w:pPr>
              <w:bidi/>
              <w:jc w:val="right"/>
            </w:pPr>
            <w:r>
              <w:rPr>
                <w:rFonts w:ascii="Arial" w:hAnsi="Arial" w:cs="Arial"/>
                <w:sz w:val="22"/>
                <w:rtl/>
                <w:szCs w:val="22"/>
              </w:rPr>
              <w:t>порт</w:t>
            </w:r>
          </w:p>
        </w:tc>
        <w:tc>
          <w:tcPr>
            <w:tcW w:type="dxa" w:w="2606"/>
          </w:tcPr>
          <w:p>
            <w:pPr>
              <w:bidi/>
              <w:jc w:val="right"/>
            </w:pPr>
            <w:r>
              <w:rPr>
                <w:rFonts w:ascii="Arial" w:hAnsi="Arial" w:cs="Arial"/>
                <w:sz w:val="22"/>
                <w:rtl/>
                <w:szCs w:val="22"/>
              </w:rPr>
              <w:t>ميناء</w:t>
            </w:r>
          </w:p>
        </w:tc>
      </w:tr>
      <w:tr>
        <w:tc>
          <w:tcPr>
            <w:tcW w:type="dxa" w:w="2606"/>
          </w:tcPr>
          <w:p>
            <w:pPr>
              <w:bidi/>
              <w:jc w:val="right"/>
            </w:pPr>
            <w:r>
              <w:rPr>
                <w:rFonts w:ascii="Arial" w:hAnsi="Arial" w:cs="Arial"/>
                <w:sz w:val="22"/>
                <w:rtl/>
                <w:szCs w:val="22"/>
              </w:rPr>
              <w:t>מוזיקה</w:t>
            </w:r>
          </w:p>
        </w:tc>
        <w:tc>
          <w:tcPr>
            <w:tcW w:type="dxa" w:w="2606"/>
          </w:tcPr>
          <w:p>
            <w:pPr>
              <w:bidi/>
              <w:jc w:val="right"/>
            </w:pPr>
            <w:r>
              <w:rPr>
                <w:rFonts w:ascii="Arial" w:hAnsi="Arial" w:cs="Arial"/>
                <w:sz w:val="22"/>
                <w:rtl/>
                <w:szCs w:val="22"/>
              </w:rPr>
              <w:t>music</w:t>
            </w:r>
          </w:p>
        </w:tc>
        <w:tc>
          <w:tcPr>
            <w:tcW w:type="dxa" w:w="2606"/>
          </w:tcPr>
          <w:p>
            <w:pPr>
              <w:bidi/>
              <w:jc w:val="right"/>
            </w:pPr>
            <w:r>
              <w:rPr>
                <w:rFonts w:ascii="Arial" w:hAnsi="Arial" w:cs="Arial"/>
                <w:sz w:val="22"/>
                <w:rtl/>
                <w:szCs w:val="22"/>
              </w:rPr>
              <w:t>музыка</w:t>
            </w:r>
          </w:p>
        </w:tc>
        <w:tc>
          <w:tcPr>
            <w:tcW w:type="dxa" w:w="2606"/>
          </w:tcPr>
          <w:p>
            <w:pPr>
              <w:bidi/>
              <w:jc w:val="right"/>
            </w:pPr>
            <w:r>
              <w:rPr>
                <w:rFonts w:ascii="Arial" w:hAnsi="Arial" w:cs="Arial"/>
                <w:sz w:val="22"/>
                <w:rtl/>
                <w:szCs w:val="22"/>
              </w:rPr>
              <w:t>موسيقى</w:t>
            </w:r>
          </w:p>
        </w:tc>
      </w:tr>
      <w:tr>
        <w:tc>
          <w:tcPr>
            <w:tcW w:type="dxa" w:w="2606"/>
          </w:tcPr>
          <w:p>
            <w:pPr>
              <w:bidi/>
              <w:jc w:val="right"/>
            </w:pPr>
            <w:r>
              <w:rPr>
                <w:rFonts w:ascii="Arial" w:hAnsi="Arial" w:cs="Arial"/>
                <w:sz w:val="22"/>
                <w:rtl/>
                <w:szCs w:val="22"/>
              </w:rPr>
              <w:t>שפה</w:t>
            </w:r>
          </w:p>
        </w:tc>
        <w:tc>
          <w:tcPr>
            <w:tcW w:type="dxa" w:w="2606"/>
          </w:tcPr>
          <w:p>
            <w:pPr>
              <w:bidi/>
              <w:jc w:val="right"/>
            </w:pPr>
            <w:r>
              <w:rPr>
                <w:rFonts w:ascii="Arial" w:hAnsi="Arial" w:cs="Arial"/>
                <w:sz w:val="22"/>
                <w:rtl/>
                <w:szCs w:val="22"/>
              </w:rPr>
              <w:t>language</w:t>
            </w:r>
          </w:p>
        </w:tc>
        <w:tc>
          <w:tcPr>
            <w:tcW w:type="dxa" w:w="2606"/>
          </w:tcPr>
          <w:p>
            <w:pPr>
              <w:bidi/>
              <w:jc w:val="right"/>
            </w:pPr>
            <w:r>
              <w:rPr>
                <w:rFonts w:ascii="Arial" w:hAnsi="Arial" w:cs="Arial"/>
                <w:sz w:val="22"/>
                <w:rtl/>
                <w:szCs w:val="22"/>
              </w:rPr>
              <w:t>язык</w:t>
            </w:r>
          </w:p>
        </w:tc>
        <w:tc>
          <w:tcPr>
            <w:tcW w:type="dxa" w:w="2606"/>
          </w:tcPr>
          <w:p>
            <w:pPr>
              <w:bidi/>
              <w:jc w:val="right"/>
            </w:pPr>
            <w:r>
              <w:rPr>
                <w:rFonts w:ascii="Arial" w:hAnsi="Arial" w:cs="Arial"/>
                <w:sz w:val="22"/>
                <w:rtl/>
                <w:szCs w:val="22"/>
              </w:rPr>
              <w:t>لغة</w:t>
            </w:r>
          </w:p>
        </w:tc>
      </w:tr>
      <w:tr>
        <w:tc>
          <w:tcPr>
            <w:tcW w:type="dxa" w:w="2606"/>
          </w:tcPr>
          <w:p>
            <w:pPr>
              <w:bidi/>
              <w:jc w:val="right"/>
            </w:pPr>
            <w:r>
              <w:rPr>
                <w:rFonts w:ascii="Arial" w:hAnsi="Arial" w:cs="Arial"/>
                <w:sz w:val="22"/>
                <w:rtl/>
                <w:szCs w:val="22"/>
              </w:rPr>
              <w:t>מסורת</w:t>
            </w:r>
          </w:p>
        </w:tc>
        <w:tc>
          <w:tcPr>
            <w:tcW w:type="dxa" w:w="2606"/>
          </w:tcPr>
          <w:p>
            <w:pPr>
              <w:bidi/>
              <w:jc w:val="right"/>
            </w:pPr>
            <w:r>
              <w:rPr>
                <w:rFonts w:ascii="Arial" w:hAnsi="Arial" w:cs="Arial"/>
                <w:sz w:val="22"/>
                <w:rtl/>
                <w:szCs w:val="22"/>
              </w:rPr>
              <w:t>tradition</w:t>
            </w:r>
          </w:p>
        </w:tc>
        <w:tc>
          <w:tcPr>
            <w:tcW w:type="dxa" w:w="2606"/>
          </w:tcPr>
          <w:p>
            <w:pPr>
              <w:bidi/>
              <w:jc w:val="right"/>
            </w:pPr>
            <w:r>
              <w:rPr>
                <w:rFonts w:ascii="Arial" w:hAnsi="Arial" w:cs="Arial"/>
                <w:sz w:val="22"/>
                <w:rtl/>
                <w:szCs w:val="22"/>
              </w:rPr>
              <w:t>традиция</w:t>
            </w:r>
          </w:p>
        </w:tc>
        <w:tc>
          <w:tcPr>
            <w:tcW w:type="dxa" w:w="2606"/>
          </w:tcPr>
          <w:p>
            <w:pPr>
              <w:bidi/>
              <w:jc w:val="right"/>
            </w:pPr>
            <w:r>
              <w:rPr>
                <w:rFonts w:ascii="Arial" w:hAnsi="Arial" w:cs="Arial"/>
                <w:sz w:val="22"/>
                <w:rtl/>
                <w:szCs w:val="22"/>
              </w:rPr>
              <w:t>تقليد</w:t>
            </w:r>
          </w:p>
        </w:tc>
      </w:tr>
      <w:tr>
        <w:tc>
          <w:tcPr>
            <w:tcW w:type="dxa" w:w="2606"/>
          </w:tcPr>
          <w:p>
            <w:pPr>
              <w:bidi/>
              <w:jc w:val="right"/>
            </w:pPr>
            <w:r>
              <w:rPr>
                <w:rFonts w:ascii="Arial" w:hAnsi="Arial" w:cs="Arial"/>
                <w:sz w:val="22"/>
                <w:rtl/>
                <w:szCs w:val="22"/>
              </w:rPr>
              <w:t>תרבות</w:t>
            </w:r>
          </w:p>
        </w:tc>
        <w:tc>
          <w:tcPr>
            <w:tcW w:type="dxa" w:w="2606"/>
          </w:tcPr>
          <w:p>
            <w:pPr>
              <w:bidi/>
              <w:jc w:val="right"/>
            </w:pPr>
            <w:r>
              <w:rPr>
                <w:rFonts w:ascii="Arial" w:hAnsi="Arial" w:cs="Arial"/>
                <w:sz w:val="22"/>
                <w:rtl/>
                <w:szCs w:val="22"/>
              </w:rPr>
              <w:t>culture</w:t>
            </w:r>
          </w:p>
        </w:tc>
        <w:tc>
          <w:tcPr>
            <w:tcW w:type="dxa" w:w="2606"/>
          </w:tcPr>
          <w:p>
            <w:pPr>
              <w:bidi/>
              <w:jc w:val="right"/>
            </w:pPr>
            <w:r>
              <w:rPr>
                <w:rFonts w:ascii="Arial" w:hAnsi="Arial" w:cs="Arial"/>
                <w:sz w:val="22"/>
                <w:rtl/>
                <w:szCs w:val="22"/>
              </w:rPr>
              <w:t>культура</w:t>
            </w:r>
          </w:p>
        </w:tc>
        <w:tc>
          <w:tcPr>
            <w:tcW w:type="dxa" w:w="2606"/>
          </w:tcPr>
          <w:p>
            <w:pPr>
              <w:bidi/>
              <w:jc w:val="right"/>
            </w:pPr>
            <w:r>
              <w:rPr>
                <w:rFonts w:ascii="Arial" w:hAnsi="Arial" w:cs="Arial"/>
                <w:sz w:val="22"/>
                <w:rtl/>
                <w:szCs w:val="22"/>
              </w:rPr>
              <w:t>ثقافة</w:t>
            </w:r>
          </w:p>
        </w:tc>
      </w:tr>
      <w:tr>
        <w:tc>
          <w:tcPr>
            <w:tcW w:type="dxa" w:w="2606"/>
          </w:tcPr>
          <w:p>
            <w:pPr>
              <w:bidi/>
              <w:jc w:val="right"/>
            </w:pPr>
            <w:r>
              <w:rPr>
                <w:rFonts w:ascii="Arial" w:hAnsi="Arial" w:cs="Arial"/>
                <w:sz w:val="22"/>
                <w:rtl/>
                <w:szCs w:val="22"/>
              </w:rPr>
              <w:t>חומר גלם</w:t>
            </w:r>
          </w:p>
        </w:tc>
        <w:tc>
          <w:tcPr>
            <w:tcW w:type="dxa" w:w="2606"/>
          </w:tcPr>
          <w:p>
            <w:pPr>
              <w:bidi/>
              <w:jc w:val="right"/>
            </w:pPr>
            <w:r>
              <w:rPr>
                <w:rFonts w:ascii="Arial" w:hAnsi="Arial" w:cs="Arial"/>
                <w:sz w:val="22"/>
                <w:rtl/>
                <w:szCs w:val="22"/>
              </w:rPr>
              <w:t>raw material</w:t>
            </w:r>
          </w:p>
        </w:tc>
        <w:tc>
          <w:tcPr>
            <w:tcW w:type="dxa" w:w="2606"/>
          </w:tcPr>
          <w:p>
            <w:pPr>
              <w:bidi/>
              <w:jc w:val="right"/>
            </w:pPr>
            <w:r>
              <w:rPr>
                <w:rFonts w:ascii="Arial" w:hAnsi="Arial" w:cs="Arial"/>
                <w:sz w:val="22"/>
                <w:rtl/>
                <w:szCs w:val="22"/>
              </w:rPr>
              <w:t>сырьё</w:t>
            </w:r>
          </w:p>
        </w:tc>
        <w:tc>
          <w:tcPr>
            <w:tcW w:type="dxa" w:w="2606"/>
          </w:tcPr>
          <w:p>
            <w:pPr>
              <w:bidi/>
              <w:jc w:val="right"/>
            </w:pPr>
            <w:r>
              <w:rPr>
                <w:rFonts w:ascii="Arial" w:hAnsi="Arial" w:cs="Arial"/>
                <w:sz w:val="22"/>
                <w:rtl/>
                <w:szCs w:val="22"/>
              </w:rPr>
              <w:t>مادة خام</w:t>
            </w:r>
          </w:p>
        </w:tc>
      </w:tr>
      <w:tr>
        <w:tc>
          <w:tcPr>
            <w:tcW w:type="dxa" w:w="2606"/>
          </w:tcPr>
          <w:p>
            <w:pPr>
              <w:bidi/>
              <w:jc w:val="right"/>
            </w:pPr>
            <w:r>
              <w:rPr>
                <w:rFonts w:ascii="Arial" w:hAnsi="Arial" w:cs="Arial"/>
                <w:sz w:val="22"/>
                <w:rtl/>
                <w:szCs w:val="22"/>
              </w:rPr>
              <w:t>אופנה מהירה</w:t>
            </w:r>
          </w:p>
        </w:tc>
        <w:tc>
          <w:tcPr>
            <w:tcW w:type="dxa" w:w="2606"/>
          </w:tcPr>
          <w:p>
            <w:pPr>
              <w:bidi/>
              <w:jc w:val="right"/>
            </w:pPr>
            <w:r>
              <w:rPr>
                <w:rFonts w:ascii="Arial" w:hAnsi="Arial" w:cs="Arial"/>
                <w:sz w:val="22"/>
                <w:rtl/>
                <w:szCs w:val="22"/>
              </w:rPr>
              <w:t>fast fashion</w:t>
            </w:r>
          </w:p>
        </w:tc>
        <w:tc>
          <w:tcPr>
            <w:tcW w:type="dxa" w:w="2606"/>
          </w:tcPr>
          <w:p>
            <w:pPr>
              <w:bidi/>
              <w:jc w:val="right"/>
            </w:pPr>
            <w:r>
              <w:rPr>
                <w:rFonts w:ascii="Arial" w:hAnsi="Arial" w:cs="Arial"/>
                <w:sz w:val="22"/>
                <w:rtl/>
                <w:szCs w:val="22"/>
              </w:rPr>
              <w:t>быстрая мода</w:t>
            </w:r>
          </w:p>
        </w:tc>
        <w:tc>
          <w:tcPr>
            <w:tcW w:type="dxa" w:w="2606"/>
          </w:tcPr>
          <w:p>
            <w:pPr>
              <w:bidi/>
              <w:jc w:val="right"/>
            </w:pPr>
            <w:r>
              <w:rPr>
                <w:rFonts w:ascii="Arial" w:hAnsi="Arial" w:cs="Arial"/>
                <w:sz w:val="22"/>
                <w:rtl/>
                <w:szCs w:val="22"/>
              </w:rPr>
              <w:t>الموضة السريعة</w:t>
            </w:r>
          </w:p>
        </w:tc>
      </w:tr>
      <w:tr>
        <w:tc>
          <w:tcPr>
            <w:tcW w:type="dxa" w:w="2606"/>
          </w:tcPr>
          <w:p>
            <w:pPr>
              <w:bidi/>
              <w:jc w:val="right"/>
            </w:pPr>
            <w:r>
              <w:rPr>
                <w:rFonts w:ascii="Arial" w:hAnsi="Arial" w:cs="Arial"/>
                <w:sz w:val="22"/>
                <w:rtl/>
                <w:szCs w:val="22"/>
              </w:rPr>
              <w:t>עובדה</w:t>
            </w:r>
          </w:p>
        </w:tc>
        <w:tc>
          <w:tcPr>
            <w:tcW w:type="dxa" w:w="2606"/>
          </w:tcPr>
          <w:p>
            <w:pPr>
              <w:bidi/>
              <w:jc w:val="right"/>
            </w:pPr>
            <w:r>
              <w:rPr>
                <w:rFonts w:ascii="Arial" w:hAnsi="Arial" w:cs="Arial"/>
                <w:sz w:val="22"/>
                <w:rtl/>
                <w:szCs w:val="22"/>
              </w:rPr>
              <w:t>fact</w:t>
            </w:r>
          </w:p>
        </w:tc>
        <w:tc>
          <w:tcPr>
            <w:tcW w:type="dxa" w:w="2606"/>
          </w:tcPr>
          <w:p>
            <w:pPr>
              <w:bidi/>
              <w:jc w:val="right"/>
            </w:pPr>
            <w:r>
              <w:rPr>
                <w:rFonts w:ascii="Arial" w:hAnsi="Arial" w:cs="Arial"/>
                <w:sz w:val="22"/>
                <w:rtl/>
                <w:szCs w:val="22"/>
              </w:rPr>
              <w:t>факт</w:t>
            </w:r>
          </w:p>
        </w:tc>
        <w:tc>
          <w:tcPr>
            <w:tcW w:type="dxa" w:w="2606"/>
          </w:tcPr>
          <w:p>
            <w:pPr>
              <w:bidi/>
              <w:jc w:val="right"/>
            </w:pPr>
            <w:r>
              <w:rPr>
                <w:rFonts w:ascii="Arial" w:hAnsi="Arial" w:cs="Arial"/>
                <w:sz w:val="22"/>
                <w:rtl/>
                <w:szCs w:val="22"/>
              </w:rPr>
              <w:t>حقيقة</w:t>
            </w:r>
          </w:p>
        </w:tc>
      </w:tr>
      <w:tr>
        <w:tc>
          <w:tcPr>
            <w:tcW w:type="dxa" w:w="2606"/>
          </w:tcPr>
          <w:p>
            <w:pPr>
              <w:bidi/>
              <w:jc w:val="right"/>
            </w:pPr>
            <w:r>
              <w:rPr>
                <w:rFonts w:ascii="Arial" w:hAnsi="Arial" w:cs="Arial"/>
                <w:sz w:val="22"/>
                <w:rtl/>
                <w:szCs w:val="22"/>
              </w:rPr>
              <w:t>דעה</w:t>
            </w:r>
          </w:p>
        </w:tc>
        <w:tc>
          <w:tcPr>
            <w:tcW w:type="dxa" w:w="2606"/>
          </w:tcPr>
          <w:p>
            <w:pPr>
              <w:bidi/>
              <w:jc w:val="right"/>
            </w:pPr>
            <w:r>
              <w:rPr>
                <w:rFonts w:ascii="Arial" w:hAnsi="Arial" w:cs="Arial"/>
                <w:sz w:val="22"/>
                <w:rtl/>
                <w:szCs w:val="22"/>
              </w:rPr>
              <w:t>opinion</w:t>
            </w:r>
          </w:p>
        </w:tc>
        <w:tc>
          <w:tcPr>
            <w:tcW w:type="dxa" w:w="2606"/>
          </w:tcPr>
          <w:p>
            <w:pPr>
              <w:bidi/>
              <w:jc w:val="right"/>
            </w:pPr>
            <w:r>
              <w:rPr>
                <w:rFonts w:ascii="Arial" w:hAnsi="Arial" w:cs="Arial"/>
                <w:sz w:val="22"/>
                <w:rtl/>
                <w:szCs w:val="22"/>
              </w:rPr>
              <w:t>мнение</w:t>
            </w:r>
          </w:p>
        </w:tc>
        <w:tc>
          <w:tcPr>
            <w:tcW w:type="dxa" w:w="2606"/>
          </w:tcPr>
          <w:p>
            <w:pPr>
              <w:bidi/>
              <w:jc w:val="right"/>
            </w:pPr>
            <w:r>
              <w:rPr>
                <w:rFonts w:ascii="Arial" w:hAnsi="Arial" w:cs="Arial"/>
                <w:sz w:val="22"/>
                <w:rtl/>
                <w:szCs w:val="22"/>
              </w:rPr>
              <w:t>رأي</w:t>
            </w:r>
          </w:p>
        </w:tc>
      </w:tr>
      <w:tr>
        <w:tc>
          <w:tcPr>
            <w:tcW w:type="dxa" w:w="2606"/>
          </w:tcPr>
          <w:p>
            <w:pPr>
              <w:bidi/>
              <w:jc w:val="right"/>
            </w:pPr>
            <w:r>
              <w:rPr>
                <w:rFonts w:ascii="Arial" w:hAnsi="Arial" w:cs="Arial"/>
                <w:sz w:val="22"/>
                <w:rtl/>
                <w:szCs w:val="22"/>
              </w:rPr>
              <w:t>כבל</w:t>
            </w:r>
          </w:p>
        </w:tc>
        <w:tc>
          <w:tcPr>
            <w:tcW w:type="dxa" w:w="2606"/>
          </w:tcPr>
          <w:p>
            <w:pPr>
              <w:bidi/>
              <w:jc w:val="right"/>
            </w:pPr>
            <w:r>
              <w:rPr>
                <w:rFonts w:ascii="Arial" w:hAnsi="Arial" w:cs="Arial"/>
                <w:sz w:val="22"/>
                <w:rtl/>
                <w:szCs w:val="22"/>
              </w:rPr>
              <w:t>cable</w:t>
            </w:r>
          </w:p>
        </w:tc>
        <w:tc>
          <w:tcPr>
            <w:tcW w:type="dxa" w:w="2606"/>
          </w:tcPr>
          <w:p>
            <w:pPr>
              <w:bidi/>
              <w:jc w:val="right"/>
            </w:pPr>
            <w:r>
              <w:rPr>
                <w:rFonts w:ascii="Arial" w:hAnsi="Arial" w:cs="Arial"/>
                <w:sz w:val="22"/>
                <w:rtl/>
                <w:szCs w:val="22"/>
              </w:rPr>
              <w:t>кабель</w:t>
            </w:r>
          </w:p>
        </w:tc>
        <w:tc>
          <w:tcPr>
            <w:tcW w:type="dxa" w:w="2606"/>
          </w:tcPr>
          <w:p>
            <w:pPr>
              <w:bidi/>
              <w:jc w:val="right"/>
            </w:pPr>
            <w:r>
              <w:rPr>
                <w:rFonts w:ascii="Arial" w:hAnsi="Arial" w:cs="Arial"/>
                <w:sz w:val="22"/>
                <w:rtl/>
                <w:szCs w:val="22"/>
              </w:rPr>
              <w:t>كابل</w:t>
            </w:r>
          </w:p>
        </w:tc>
      </w:tr>
    </w:tbl>
    <w:p>
      <w:pPr>
        <w:bidi/>
        <w:jc w:val="right"/>
      </w:pP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משהו אחד שלמדתי היום: ______________________</w:t>
      </w:r>
    </w:p>
    <w:p>
      <w:pPr>
        <w:bidi/>
        <w:jc w:val="right"/>
      </w:pPr>
      <w:r>
        <w:rPr>
          <w:rFonts w:ascii="Arial" w:hAnsi="Arial" w:cs="Arial"/>
          <w:sz w:val="24"/>
          <w:rtl/>
          <w:szCs w:val="24"/>
        </w:rPr>
        <w:t>שאלה שנשארה לי: 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גלובליזציה – כפר עולמי · חט״ב – עולים חדשים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